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1F91A" w14:textId="1DBF708B" w:rsidR="00116FAF" w:rsidRDefault="00116FAF">
      <w:pPr>
        <w:jc w:val="center"/>
        <w:rPr>
          <w:rFonts w:ascii="Calibri Light" w:hAnsi="Calibri Light" w:cs="Calibri Light"/>
          <w:noProof/>
          <w:sz w:val="28"/>
          <w:szCs w:val="28"/>
          <w:lang w:val="es-ES"/>
        </w:rPr>
      </w:pPr>
    </w:p>
    <w:p w14:paraId="33FB5F84" w14:textId="77777777" w:rsidR="00F17E0B" w:rsidRDefault="00F17E0B">
      <w:pPr>
        <w:jc w:val="center"/>
        <w:rPr>
          <w:rFonts w:ascii="Calibri Light" w:hAnsi="Calibri Light" w:cs="Calibri Light"/>
          <w:noProof/>
          <w:sz w:val="28"/>
          <w:szCs w:val="28"/>
          <w:lang w:val="es-ES"/>
        </w:rPr>
      </w:pPr>
    </w:p>
    <w:p w14:paraId="49A0DE7F" w14:textId="3B847C53" w:rsidR="00F17E0B" w:rsidRDefault="00F17E0B">
      <w:pPr>
        <w:jc w:val="center"/>
        <w:rPr>
          <w:rFonts w:ascii="Calibri Light" w:hAnsi="Calibri Light" w:cs="Calibri Light"/>
          <w:sz w:val="28"/>
          <w:szCs w:val="28"/>
          <w:lang w:val="es-ES"/>
        </w:rPr>
      </w:pPr>
      <w:r>
        <w:rPr>
          <w:rFonts w:ascii="Calibri Light" w:hAnsi="Calibri Light" w:cs="Calibri Light"/>
          <w:noProof/>
          <w:sz w:val="28"/>
          <w:szCs w:val="28"/>
          <w:lang w:val="es-ES"/>
        </w:rPr>
        <w:drawing>
          <wp:inline distT="0" distB="0" distL="0" distR="0" wp14:anchorId="64A25790" wp14:editId="4306203B">
            <wp:extent cx="4333875" cy="1247494"/>
            <wp:effectExtent l="0" t="0" r="0" b="0"/>
            <wp:docPr id="102714342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43426" name="Imagen 2" descr="Logotipo&#10;&#10;El contenido generado por IA puede ser incorrecto."/>
                    <pic:cNvPicPr/>
                  </pic:nvPicPr>
                  <pic:blipFill>
                    <a:blip r:embed="rId8"/>
                    <a:stretch>
                      <a:fillRect/>
                    </a:stretch>
                  </pic:blipFill>
                  <pic:spPr>
                    <a:xfrm>
                      <a:off x="0" y="0"/>
                      <a:ext cx="4350336" cy="1252232"/>
                    </a:xfrm>
                    <a:prstGeom prst="rect">
                      <a:avLst/>
                    </a:prstGeom>
                  </pic:spPr>
                </pic:pic>
              </a:graphicData>
            </a:graphic>
          </wp:inline>
        </w:drawing>
      </w:r>
    </w:p>
    <w:p w14:paraId="6D84CD20" w14:textId="77777777" w:rsidR="007D7DEB" w:rsidRDefault="007D7DEB">
      <w:pPr>
        <w:jc w:val="center"/>
        <w:rPr>
          <w:rFonts w:ascii="Calibri Light" w:hAnsi="Calibri Light" w:cs="Calibri Light"/>
          <w:sz w:val="28"/>
          <w:szCs w:val="28"/>
          <w:lang w:val="es-ES"/>
        </w:rPr>
      </w:pPr>
    </w:p>
    <w:p w14:paraId="1F2479BF" w14:textId="028CC596" w:rsidR="006F53BF" w:rsidRPr="007D7DEB" w:rsidRDefault="00000000">
      <w:pPr>
        <w:jc w:val="center"/>
        <w:rPr>
          <w:rFonts w:ascii="Calibri Light" w:hAnsi="Calibri Light" w:cs="Calibri Light"/>
          <w:sz w:val="36"/>
          <w:szCs w:val="36"/>
          <w:lang w:val="es-ES"/>
        </w:rPr>
      </w:pPr>
      <w:r w:rsidRPr="007D7DEB">
        <w:rPr>
          <w:rFonts w:ascii="Calibri Light" w:hAnsi="Calibri Light" w:cs="Calibri Light"/>
          <w:sz w:val="36"/>
          <w:szCs w:val="36"/>
          <w:lang w:val="es-ES"/>
        </w:rPr>
        <w:t>TÍTULO DEL TRABAJO</w:t>
      </w:r>
    </w:p>
    <w:p w14:paraId="31145A0F" w14:textId="77777777" w:rsidR="007D7DEB" w:rsidRDefault="007D7DEB">
      <w:pPr>
        <w:jc w:val="center"/>
        <w:rPr>
          <w:rFonts w:ascii="Calibri Light" w:hAnsi="Calibri Light" w:cs="Calibri Light"/>
          <w:sz w:val="28"/>
          <w:szCs w:val="28"/>
          <w:lang w:val="es-ES"/>
        </w:rPr>
      </w:pPr>
    </w:p>
    <w:p w14:paraId="5E8F1767" w14:textId="77777777" w:rsidR="007D7DEB" w:rsidRDefault="007D7DEB">
      <w:pPr>
        <w:jc w:val="center"/>
        <w:rPr>
          <w:rFonts w:ascii="Calibri Light" w:hAnsi="Calibri Light" w:cs="Calibri Light"/>
          <w:sz w:val="28"/>
          <w:szCs w:val="28"/>
          <w:lang w:val="es-ES"/>
        </w:rPr>
      </w:pPr>
    </w:p>
    <w:p w14:paraId="63E49163" w14:textId="4DEB5A8E" w:rsidR="007D7DEB" w:rsidRDefault="007D7DEB">
      <w:pPr>
        <w:jc w:val="center"/>
        <w:rPr>
          <w:rFonts w:ascii="Calibri Light" w:hAnsi="Calibri Light" w:cs="Calibri Light"/>
          <w:sz w:val="28"/>
          <w:szCs w:val="28"/>
          <w:lang w:val="es-ES"/>
        </w:rPr>
      </w:pPr>
      <w:r>
        <w:rPr>
          <w:rFonts w:ascii="Calibri Light" w:hAnsi="Calibri Light" w:cs="Calibri Light"/>
          <w:noProof/>
          <w:sz w:val="28"/>
          <w:szCs w:val="28"/>
          <w:lang w:val="es-ES"/>
        </w:rPr>
        <w:drawing>
          <wp:inline distT="0" distB="0" distL="0" distR="0" wp14:anchorId="58FDCF27" wp14:editId="2699247C">
            <wp:extent cx="1890219" cy="1653418"/>
            <wp:effectExtent l="0" t="0" r="0" b="4445"/>
            <wp:docPr id="16825546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54648" name="Imagen 4"/>
                    <pic:cNvPicPr/>
                  </pic:nvPicPr>
                  <pic:blipFill>
                    <a:blip r:embed="rId9"/>
                    <a:stretch>
                      <a:fillRect/>
                    </a:stretch>
                  </pic:blipFill>
                  <pic:spPr>
                    <a:xfrm>
                      <a:off x="0" y="0"/>
                      <a:ext cx="1890219" cy="1653418"/>
                    </a:xfrm>
                    <a:prstGeom prst="rect">
                      <a:avLst/>
                    </a:prstGeom>
                  </pic:spPr>
                </pic:pic>
              </a:graphicData>
            </a:graphic>
          </wp:inline>
        </w:drawing>
      </w:r>
    </w:p>
    <w:p w14:paraId="29A947A3" w14:textId="247DE28B" w:rsidR="00F17E0B" w:rsidRPr="000F462C" w:rsidRDefault="00F17E0B" w:rsidP="00F17E0B">
      <w:pPr>
        <w:jc w:val="center"/>
        <w:rPr>
          <w:rFonts w:ascii="Calibri Light" w:hAnsi="Calibri Light" w:cs="Calibri Light"/>
          <w:b/>
          <w:bCs/>
          <w:sz w:val="40"/>
          <w:szCs w:val="40"/>
          <w:lang w:val="es-ES"/>
        </w:rPr>
      </w:pPr>
      <w:r w:rsidRPr="000F462C">
        <w:rPr>
          <w:rFonts w:ascii="Calibri Light" w:hAnsi="Calibri Light" w:cs="Calibri Light"/>
          <w:b/>
          <w:bCs/>
          <w:sz w:val="40"/>
          <w:szCs w:val="40"/>
          <w:lang w:val="es-ES"/>
        </w:rPr>
        <w:t>HISTORIA DEL CINE ESPAÑOL</w:t>
      </w:r>
    </w:p>
    <w:p w14:paraId="0F9ABFDA" w14:textId="7F1399B8" w:rsidR="007D7DEB" w:rsidRDefault="00000000" w:rsidP="007D7DEB">
      <w:pPr>
        <w:spacing w:after="0"/>
        <w:jc w:val="center"/>
        <w:rPr>
          <w:rFonts w:ascii="Calibri Light" w:hAnsi="Calibri Light" w:cs="Calibri Light"/>
          <w:sz w:val="28"/>
          <w:szCs w:val="28"/>
          <w:lang w:val="es-ES"/>
        </w:rPr>
      </w:pPr>
      <w:r w:rsidRPr="00760CE9">
        <w:rPr>
          <w:rFonts w:ascii="Calibri Light" w:hAnsi="Calibri Light" w:cs="Calibri Light"/>
          <w:sz w:val="28"/>
          <w:szCs w:val="28"/>
          <w:lang w:val="es-ES"/>
        </w:rPr>
        <w:t xml:space="preserve">Grado en </w:t>
      </w:r>
      <w:r w:rsidR="007D7DEB">
        <w:rPr>
          <w:rFonts w:ascii="Calibri Light" w:hAnsi="Calibri Light" w:cs="Calibri Light"/>
          <w:sz w:val="28"/>
          <w:szCs w:val="28"/>
          <w:lang w:val="es-ES"/>
        </w:rPr>
        <w:t>Comunicación Audiovisual</w:t>
      </w:r>
    </w:p>
    <w:p w14:paraId="0CFF836A" w14:textId="50E8ED90" w:rsidR="006F53BF" w:rsidRPr="00760CE9" w:rsidRDefault="007D7DEB" w:rsidP="007D7DEB">
      <w:pPr>
        <w:spacing w:after="0"/>
        <w:jc w:val="center"/>
        <w:rPr>
          <w:rFonts w:ascii="Calibri Light" w:hAnsi="Calibri Light" w:cs="Calibri Light"/>
          <w:sz w:val="28"/>
          <w:szCs w:val="28"/>
          <w:lang w:val="es-ES"/>
        </w:rPr>
      </w:pPr>
      <w:r>
        <w:rPr>
          <w:rFonts w:ascii="Calibri Light" w:hAnsi="Calibri Light" w:cs="Calibri Light"/>
          <w:sz w:val="28"/>
          <w:szCs w:val="28"/>
          <w:lang w:val="es-ES"/>
        </w:rPr>
        <w:t>Doble Grado en Periodismo y Comunicación Audiovisual</w:t>
      </w:r>
      <w:r w:rsidRPr="00760CE9">
        <w:rPr>
          <w:rFonts w:ascii="Calibri Light" w:hAnsi="Calibri Light" w:cs="Calibri Light"/>
          <w:sz w:val="28"/>
          <w:szCs w:val="28"/>
          <w:lang w:val="es-ES"/>
        </w:rPr>
        <w:br/>
        <w:t xml:space="preserve">Facultad de </w:t>
      </w:r>
      <w:r w:rsidR="00CA631D">
        <w:rPr>
          <w:rFonts w:ascii="Calibri Light" w:hAnsi="Calibri Light" w:cs="Calibri Light"/>
          <w:sz w:val="28"/>
          <w:szCs w:val="28"/>
          <w:lang w:val="es-ES"/>
        </w:rPr>
        <w:t>Comunicación</w:t>
      </w:r>
      <w:r w:rsidRPr="00760CE9">
        <w:rPr>
          <w:rFonts w:ascii="Calibri Light" w:hAnsi="Calibri Light" w:cs="Calibri Light"/>
          <w:sz w:val="28"/>
          <w:szCs w:val="28"/>
          <w:lang w:val="es-ES"/>
        </w:rPr>
        <w:br/>
      </w:r>
    </w:p>
    <w:p w14:paraId="41613D18" w14:textId="36D47FEB" w:rsidR="006F53BF" w:rsidRPr="00760CE9"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br/>
      </w:r>
    </w:p>
    <w:p w14:paraId="4A71956A"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027DD93B" w14:textId="77777777" w:rsidR="006F53BF" w:rsidRPr="00760CE9"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lastRenderedPageBreak/>
        <w:t>TÍTULO DEL TRABAJO</w:t>
      </w:r>
    </w:p>
    <w:p w14:paraId="3103581E" w14:textId="0CA499E0" w:rsidR="006F53BF" w:rsidRPr="00760CE9"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t xml:space="preserve">Trabajo Académico </w:t>
      </w:r>
      <w:r w:rsidR="00F17E0B">
        <w:rPr>
          <w:rFonts w:ascii="Calibri Light" w:hAnsi="Calibri Light" w:cs="Calibri Light"/>
          <w:sz w:val="28"/>
          <w:szCs w:val="28"/>
          <w:lang w:val="es-ES"/>
        </w:rPr>
        <w:t>para la asignatura de</w:t>
      </w:r>
      <w:r w:rsidRPr="00760CE9">
        <w:rPr>
          <w:rFonts w:ascii="Calibri Light" w:hAnsi="Calibri Light" w:cs="Calibri Light"/>
          <w:sz w:val="28"/>
          <w:szCs w:val="28"/>
          <w:lang w:val="es-ES"/>
        </w:rPr>
        <w:t xml:space="preserve"> Historia del Cine Español</w:t>
      </w:r>
    </w:p>
    <w:p w14:paraId="68584CC4" w14:textId="02FD3D00" w:rsidR="006F53BF" w:rsidRPr="00760CE9"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br/>
        <w:t>Autor</w:t>
      </w:r>
      <w:r w:rsidR="00CA631D">
        <w:rPr>
          <w:rFonts w:ascii="Calibri Light" w:hAnsi="Calibri Light" w:cs="Calibri Light"/>
          <w:sz w:val="28"/>
          <w:szCs w:val="28"/>
          <w:lang w:val="es-ES"/>
        </w:rPr>
        <w:t>ía</w:t>
      </w:r>
      <w:r w:rsidRPr="00760CE9">
        <w:rPr>
          <w:rFonts w:ascii="Calibri Light" w:hAnsi="Calibri Light" w:cs="Calibri Light"/>
          <w:sz w:val="28"/>
          <w:szCs w:val="28"/>
          <w:lang w:val="es-ES"/>
        </w:rPr>
        <w:t>: Nombre y Apellidos</w:t>
      </w:r>
    </w:p>
    <w:p w14:paraId="1E85F231" w14:textId="77777777" w:rsidR="006F53BF" w:rsidRPr="00760CE9"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t>Profesor: Luis Navarrete</w:t>
      </w:r>
    </w:p>
    <w:p w14:paraId="5665D8FA" w14:textId="5017CDF3" w:rsidR="006F53BF" w:rsidRDefault="00000000">
      <w:pPr>
        <w:jc w:val="center"/>
        <w:rPr>
          <w:rFonts w:ascii="Calibri Light" w:hAnsi="Calibri Light" w:cs="Calibri Light"/>
          <w:sz w:val="28"/>
          <w:szCs w:val="28"/>
          <w:lang w:val="es-ES"/>
        </w:rPr>
      </w:pPr>
      <w:r w:rsidRPr="00760CE9">
        <w:rPr>
          <w:rFonts w:ascii="Calibri Light" w:hAnsi="Calibri Light" w:cs="Calibri Light"/>
          <w:sz w:val="28"/>
          <w:szCs w:val="28"/>
          <w:lang w:val="es-ES"/>
        </w:rPr>
        <w:br/>
        <w:t xml:space="preserve">Fecha </w:t>
      </w:r>
      <w:r w:rsidR="007D7DEB">
        <w:rPr>
          <w:rFonts w:ascii="Calibri Light" w:hAnsi="Calibri Light" w:cs="Calibri Light"/>
          <w:sz w:val="28"/>
          <w:szCs w:val="28"/>
          <w:lang w:val="es-ES"/>
        </w:rPr>
        <w:t>de entrega</w:t>
      </w:r>
    </w:p>
    <w:p w14:paraId="36DDF9A1" w14:textId="4F4DBEA5" w:rsidR="00F17E0B" w:rsidRPr="00760CE9" w:rsidRDefault="00F17E0B">
      <w:pPr>
        <w:jc w:val="center"/>
        <w:rPr>
          <w:rFonts w:ascii="Calibri Light" w:hAnsi="Calibri Light" w:cs="Calibri Light"/>
          <w:sz w:val="28"/>
          <w:szCs w:val="28"/>
          <w:lang w:val="es-ES"/>
        </w:rPr>
      </w:pPr>
      <w:r>
        <w:rPr>
          <w:rFonts w:ascii="Calibri Light" w:hAnsi="Calibri Light" w:cs="Calibri Light"/>
          <w:sz w:val="28"/>
          <w:szCs w:val="28"/>
          <w:lang w:val="es-ES"/>
        </w:rPr>
        <w:t>11 de junio de 2026</w:t>
      </w:r>
    </w:p>
    <w:p w14:paraId="1C41DBB2"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2595EC38" w14:textId="77777777" w:rsidR="006F53BF" w:rsidRPr="00760CE9" w:rsidRDefault="00000000">
      <w:pPr>
        <w:pStyle w:val="Ttulo1"/>
        <w:rPr>
          <w:rFonts w:ascii="Calibri Light" w:hAnsi="Calibri Light" w:cs="Calibri Light"/>
          <w:color w:val="auto"/>
          <w:lang w:val="es-ES"/>
        </w:rPr>
      </w:pPr>
      <w:bookmarkStart w:id="0" w:name="_Toc222556152"/>
      <w:r w:rsidRPr="00760CE9">
        <w:rPr>
          <w:rFonts w:ascii="Calibri Light" w:hAnsi="Calibri Light" w:cs="Calibri Light"/>
          <w:color w:val="auto"/>
          <w:lang w:val="es-ES"/>
        </w:rPr>
        <w:lastRenderedPageBreak/>
        <w:t>Resumen</w:t>
      </w:r>
      <w:bookmarkEnd w:id="0"/>
    </w:p>
    <w:p w14:paraId="0393EECC"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Título en castellano</w:t>
      </w:r>
      <w:r w:rsidRPr="00760CE9">
        <w:rPr>
          <w:rFonts w:ascii="Calibri Light" w:hAnsi="Calibri Light" w:cs="Calibri Light"/>
          <w:lang w:val="es-ES"/>
        </w:rPr>
        <w:br/>
      </w:r>
      <w:r w:rsidRPr="00760CE9">
        <w:rPr>
          <w:rFonts w:ascii="Calibri Light" w:hAnsi="Calibri Light" w:cs="Calibri Light"/>
          <w:lang w:val="es-ES"/>
        </w:rPr>
        <w:br/>
        <w:t>Resumen del trabajo (máx. media página).</w:t>
      </w:r>
    </w:p>
    <w:p w14:paraId="5D3CC267" w14:textId="77777777" w:rsidR="006F53BF" w:rsidRPr="00760CE9" w:rsidRDefault="00000000">
      <w:pPr>
        <w:rPr>
          <w:rFonts w:ascii="Calibri Light" w:hAnsi="Calibri Light" w:cs="Calibri Light"/>
        </w:rPr>
      </w:pPr>
      <w:r w:rsidRPr="00760CE9">
        <w:rPr>
          <w:rFonts w:ascii="Calibri Light" w:hAnsi="Calibri Light" w:cs="Calibri Light"/>
        </w:rPr>
        <w:t>Palabras clave: (</w:t>
      </w:r>
      <w:proofErr w:type="spellStart"/>
      <w:r w:rsidRPr="00760CE9">
        <w:rPr>
          <w:rFonts w:ascii="Calibri Light" w:hAnsi="Calibri Light" w:cs="Calibri Light"/>
        </w:rPr>
        <w:t>máx</w:t>
      </w:r>
      <w:proofErr w:type="spellEnd"/>
      <w:r w:rsidRPr="00760CE9">
        <w:rPr>
          <w:rFonts w:ascii="Calibri Light" w:hAnsi="Calibri Light" w:cs="Calibri Light"/>
        </w:rPr>
        <w:t>. 10)</w:t>
      </w:r>
    </w:p>
    <w:p w14:paraId="7EFACF64" w14:textId="77777777" w:rsidR="006F53BF" w:rsidRPr="00760CE9" w:rsidRDefault="00000000">
      <w:pPr>
        <w:rPr>
          <w:rFonts w:ascii="Calibri Light" w:hAnsi="Calibri Light" w:cs="Calibri Light"/>
        </w:rPr>
      </w:pPr>
      <w:r w:rsidRPr="00760CE9">
        <w:rPr>
          <w:rFonts w:ascii="Calibri Light" w:hAnsi="Calibri Light" w:cs="Calibri Light"/>
        </w:rPr>
        <w:br w:type="page"/>
      </w:r>
    </w:p>
    <w:p w14:paraId="76F337B2" w14:textId="77777777" w:rsidR="006F53BF" w:rsidRPr="00760CE9" w:rsidRDefault="00000000">
      <w:pPr>
        <w:pStyle w:val="Ttulo1"/>
        <w:rPr>
          <w:rFonts w:ascii="Calibri Light" w:hAnsi="Calibri Light" w:cs="Calibri Light"/>
          <w:color w:val="auto"/>
        </w:rPr>
      </w:pPr>
      <w:bookmarkStart w:id="1" w:name="_Toc222556153"/>
      <w:r w:rsidRPr="00760CE9">
        <w:rPr>
          <w:rFonts w:ascii="Calibri Light" w:hAnsi="Calibri Light" w:cs="Calibri Light"/>
          <w:color w:val="auto"/>
        </w:rPr>
        <w:lastRenderedPageBreak/>
        <w:t>Abstract</w:t>
      </w:r>
      <w:bookmarkEnd w:id="1"/>
    </w:p>
    <w:p w14:paraId="6BAC97FB" w14:textId="77777777" w:rsidR="006F53BF" w:rsidRPr="00760CE9" w:rsidRDefault="00000000">
      <w:pPr>
        <w:rPr>
          <w:rFonts w:ascii="Calibri Light" w:hAnsi="Calibri Light" w:cs="Calibri Light"/>
        </w:rPr>
      </w:pPr>
      <w:r w:rsidRPr="00760CE9">
        <w:rPr>
          <w:rFonts w:ascii="Calibri Light" w:hAnsi="Calibri Light" w:cs="Calibri Light"/>
        </w:rPr>
        <w:t>Title in English</w:t>
      </w:r>
      <w:r w:rsidRPr="00760CE9">
        <w:rPr>
          <w:rFonts w:ascii="Calibri Light" w:hAnsi="Calibri Light" w:cs="Calibri Light"/>
        </w:rPr>
        <w:br/>
      </w:r>
      <w:r w:rsidRPr="00760CE9">
        <w:rPr>
          <w:rFonts w:ascii="Calibri Light" w:hAnsi="Calibri Light" w:cs="Calibri Light"/>
        </w:rPr>
        <w:br/>
        <w:t>Abstract (no more than half a page).</w:t>
      </w:r>
    </w:p>
    <w:p w14:paraId="574F5CD0" w14:textId="77777777" w:rsidR="006F53BF" w:rsidRPr="00760CE9" w:rsidRDefault="00000000">
      <w:pPr>
        <w:rPr>
          <w:rFonts w:ascii="Calibri Light" w:hAnsi="Calibri Light" w:cs="Calibri Light"/>
          <w:lang w:val="es-ES"/>
        </w:rPr>
      </w:pPr>
      <w:proofErr w:type="spellStart"/>
      <w:r w:rsidRPr="00760CE9">
        <w:rPr>
          <w:rFonts w:ascii="Calibri Light" w:hAnsi="Calibri Light" w:cs="Calibri Light"/>
          <w:lang w:val="es-ES"/>
        </w:rPr>
        <w:t>Keywords</w:t>
      </w:r>
      <w:proofErr w:type="spellEnd"/>
      <w:r w:rsidRPr="00760CE9">
        <w:rPr>
          <w:rFonts w:ascii="Calibri Light" w:hAnsi="Calibri Light" w:cs="Calibri Light"/>
          <w:lang w:val="es-ES"/>
        </w:rPr>
        <w:t>: (</w:t>
      </w:r>
      <w:proofErr w:type="spellStart"/>
      <w:r w:rsidRPr="00760CE9">
        <w:rPr>
          <w:rFonts w:ascii="Calibri Light" w:hAnsi="Calibri Light" w:cs="Calibri Light"/>
          <w:lang w:val="es-ES"/>
        </w:rPr>
        <w:t>max</w:t>
      </w:r>
      <w:proofErr w:type="spellEnd"/>
      <w:r w:rsidRPr="00760CE9">
        <w:rPr>
          <w:rFonts w:ascii="Calibri Light" w:hAnsi="Calibri Light" w:cs="Calibri Light"/>
          <w:lang w:val="es-ES"/>
        </w:rPr>
        <w:t>. 10)</w:t>
      </w:r>
    </w:p>
    <w:p w14:paraId="1AA86F4E"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3BA31B84" w14:textId="77777777" w:rsidR="00760CE9" w:rsidRPr="00760CE9" w:rsidRDefault="00000000" w:rsidP="00760CE9">
      <w:pPr>
        <w:pStyle w:val="TtuloTDC"/>
        <w:rPr>
          <w:rFonts w:ascii="Calibri Light" w:hAnsi="Calibri Light" w:cs="Calibri Light"/>
          <w:color w:val="auto"/>
          <w:lang w:val="es-ES"/>
        </w:rPr>
      </w:pPr>
      <w:bookmarkStart w:id="2" w:name="_Toc222556154"/>
      <w:r w:rsidRPr="00760CE9">
        <w:rPr>
          <w:rFonts w:ascii="Calibri Light" w:hAnsi="Calibri Light" w:cs="Calibri Light"/>
          <w:color w:val="auto"/>
          <w:lang w:val="es-ES"/>
        </w:rPr>
        <w:lastRenderedPageBreak/>
        <w:t>Índice de contenidos</w:t>
      </w:r>
      <w:bookmarkEnd w:id="2"/>
    </w:p>
    <w:sdt>
      <w:sdtPr>
        <w:rPr>
          <w:rFonts w:asciiTheme="minorHAnsi" w:eastAsiaTheme="minorEastAsia" w:hAnsiTheme="minorHAnsi" w:cstheme="minorBidi"/>
          <w:b w:val="0"/>
          <w:bCs w:val="0"/>
          <w:color w:val="auto"/>
          <w:sz w:val="22"/>
          <w:szCs w:val="22"/>
          <w:lang w:val="es-ES"/>
        </w:rPr>
        <w:id w:val="-2028396195"/>
        <w:docPartObj>
          <w:docPartGallery w:val="Table of Contents"/>
          <w:docPartUnique/>
        </w:docPartObj>
      </w:sdtPr>
      <w:sdtEndPr>
        <w:rPr>
          <w:lang w:val="en-US"/>
        </w:rPr>
      </w:sdtEndPr>
      <w:sdtContent>
        <w:p w14:paraId="2E4B1BC0" w14:textId="0C9B4497" w:rsidR="00760CE9" w:rsidRPr="00760CE9" w:rsidRDefault="00760CE9" w:rsidP="00760CE9">
          <w:pPr>
            <w:pStyle w:val="TtuloTDC"/>
            <w:rPr>
              <w:rFonts w:ascii="Calibri Light" w:hAnsi="Calibri Light" w:cs="Calibri Light"/>
              <w:lang w:val="es-ES"/>
            </w:rPr>
          </w:pPr>
        </w:p>
        <w:p w14:paraId="489CEAE4" w14:textId="2EF17D81" w:rsidR="00760CE9" w:rsidRDefault="00760CE9">
          <w:pPr>
            <w:pStyle w:val="TDC1"/>
            <w:tabs>
              <w:tab w:val="right" w:leader="dot" w:pos="8630"/>
            </w:tabs>
            <w:rPr>
              <w:noProof/>
              <w:kern w:val="2"/>
              <w:sz w:val="24"/>
              <w:szCs w:val="24"/>
              <w:lang w:val="es-ES" w:eastAsia="es-ES"/>
              <w14:ligatures w14:val="standardContextual"/>
            </w:rPr>
          </w:pPr>
          <w:r>
            <w:fldChar w:fldCharType="begin"/>
          </w:r>
          <w:r>
            <w:instrText xml:space="preserve"> TOC \o "1-3" \h \z \u </w:instrText>
          </w:r>
          <w:r>
            <w:fldChar w:fldCharType="separate"/>
          </w:r>
          <w:hyperlink w:anchor="_Toc222556152" w:history="1">
            <w:r w:rsidRPr="00205272">
              <w:rPr>
                <w:rStyle w:val="Hipervnculo"/>
                <w:rFonts w:ascii="Calibri Light" w:hAnsi="Calibri Light" w:cs="Calibri Light"/>
                <w:noProof/>
                <w:lang w:val="es-ES"/>
              </w:rPr>
              <w:t>Resumen</w:t>
            </w:r>
            <w:r>
              <w:rPr>
                <w:noProof/>
                <w:webHidden/>
              </w:rPr>
              <w:tab/>
            </w:r>
            <w:r>
              <w:rPr>
                <w:noProof/>
                <w:webHidden/>
              </w:rPr>
              <w:fldChar w:fldCharType="begin"/>
            </w:r>
            <w:r>
              <w:rPr>
                <w:noProof/>
                <w:webHidden/>
              </w:rPr>
              <w:instrText xml:space="preserve"> PAGEREF _Toc222556152 \h </w:instrText>
            </w:r>
            <w:r>
              <w:rPr>
                <w:noProof/>
                <w:webHidden/>
              </w:rPr>
            </w:r>
            <w:r>
              <w:rPr>
                <w:noProof/>
                <w:webHidden/>
              </w:rPr>
              <w:fldChar w:fldCharType="separate"/>
            </w:r>
            <w:r>
              <w:rPr>
                <w:noProof/>
                <w:webHidden/>
              </w:rPr>
              <w:t>3</w:t>
            </w:r>
            <w:r>
              <w:rPr>
                <w:noProof/>
                <w:webHidden/>
              </w:rPr>
              <w:fldChar w:fldCharType="end"/>
            </w:r>
          </w:hyperlink>
        </w:p>
        <w:p w14:paraId="46EC1042" w14:textId="20AB32F1" w:rsidR="00760CE9" w:rsidRDefault="00760CE9">
          <w:pPr>
            <w:pStyle w:val="TDC1"/>
            <w:tabs>
              <w:tab w:val="right" w:leader="dot" w:pos="8630"/>
            </w:tabs>
            <w:rPr>
              <w:noProof/>
              <w:kern w:val="2"/>
              <w:sz w:val="24"/>
              <w:szCs w:val="24"/>
              <w:lang w:val="es-ES" w:eastAsia="es-ES"/>
              <w14:ligatures w14:val="standardContextual"/>
            </w:rPr>
          </w:pPr>
          <w:hyperlink w:anchor="_Toc222556153" w:history="1">
            <w:r w:rsidRPr="00205272">
              <w:rPr>
                <w:rStyle w:val="Hipervnculo"/>
                <w:rFonts w:ascii="Calibri Light" w:hAnsi="Calibri Light" w:cs="Calibri Light"/>
                <w:noProof/>
              </w:rPr>
              <w:t>Abstract</w:t>
            </w:r>
            <w:r>
              <w:rPr>
                <w:noProof/>
                <w:webHidden/>
              </w:rPr>
              <w:tab/>
            </w:r>
            <w:r>
              <w:rPr>
                <w:noProof/>
                <w:webHidden/>
              </w:rPr>
              <w:fldChar w:fldCharType="begin"/>
            </w:r>
            <w:r>
              <w:rPr>
                <w:noProof/>
                <w:webHidden/>
              </w:rPr>
              <w:instrText xml:space="preserve"> PAGEREF _Toc222556153 \h </w:instrText>
            </w:r>
            <w:r>
              <w:rPr>
                <w:noProof/>
                <w:webHidden/>
              </w:rPr>
            </w:r>
            <w:r>
              <w:rPr>
                <w:noProof/>
                <w:webHidden/>
              </w:rPr>
              <w:fldChar w:fldCharType="separate"/>
            </w:r>
            <w:r>
              <w:rPr>
                <w:noProof/>
                <w:webHidden/>
              </w:rPr>
              <w:t>4</w:t>
            </w:r>
            <w:r>
              <w:rPr>
                <w:noProof/>
                <w:webHidden/>
              </w:rPr>
              <w:fldChar w:fldCharType="end"/>
            </w:r>
          </w:hyperlink>
        </w:p>
        <w:p w14:paraId="69388F3D" w14:textId="14A82743" w:rsidR="00760CE9" w:rsidRDefault="00760CE9">
          <w:pPr>
            <w:pStyle w:val="TDC1"/>
            <w:tabs>
              <w:tab w:val="right" w:leader="dot" w:pos="8630"/>
            </w:tabs>
            <w:rPr>
              <w:noProof/>
              <w:kern w:val="2"/>
              <w:sz w:val="24"/>
              <w:szCs w:val="24"/>
              <w:lang w:val="es-ES" w:eastAsia="es-ES"/>
              <w14:ligatures w14:val="standardContextual"/>
            </w:rPr>
          </w:pPr>
          <w:hyperlink w:anchor="_Toc222556154" w:history="1">
            <w:r w:rsidRPr="00205272">
              <w:rPr>
                <w:rStyle w:val="Hipervnculo"/>
                <w:rFonts w:ascii="Calibri Light" w:hAnsi="Calibri Light" w:cs="Calibri Light"/>
                <w:noProof/>
                <w:lang w:val="es-ES"/>
              </w:rPr>
              <w:t>Índice de contenidos</w:t>
            </w:r>
            <w:r>
              <w:rPr>
                <w:noProof/>
                <w:webHidden/>
              </w:rPr>
              <w:tab/>
            </w:r>
            <w:r>
              <w:rPr>
                <w:noProof/>
                <w:webHidden/>
              </w:rPr>
              <w:fldChar w:fldCharType="begin"/>
            </w:r>
            <w:r>
              <w:rPr>
                <w:noProof/>
                <w:webHidden/>
              </w:rPr>
              <w:instrText xml:space="preserve"> PAGEREF _Toc222556154 \h </w:instrText>
            </w:r>
            <w:r>
              <w:rPr>
                <w:noProof/>
                <w:webHidden/>
              </w:rPr>
            </w:r>
            <w:r>
              <w:rPr>
                <w:noProof/>
                <w:webHidden/>
              </w:rPr>
              <w:fldChar w:fldCharType="separate"/>
            </w:r>
            <w:r>
              <w:rPr>
                <w:noProof/>
                <w:webHidden/>
              </w:rPr>
              <w:t>5</w:t>
            </w:r>
            <w:r>
              <w:rPr>
                <w:noProof/>
                <w:webHidden/>
              </w:rPr>
              <w:fldChar w:fldCharType="end"/>
            </w:r>
          </w:hyperlink>
        </w:p>
        <w:p w14:paraId="39DBFA24" w14:textId="478DD443" w:rsidR="00760CE9" w:rsidRDefault="00760CE9">
          <w:pPr>
            <w:pStyle w:val="TDC1"/>
            <w:tabs>
              <w:tab w:val="right" w:leader="dot" w:pos="8630"/>
            </w:tabs>
            <w:rPr>
              <w:noProof/>
              <w:kern w:val="2"/>
              <w:sz w:val="24"/>
              <w:szCs w:val="24"/>
              <w:lang w:val="es-ES" w:eastAsia="es-ES"/>
              <w14:ligatures w14:val="standardContextual"/>
            </w:rPr>
          </w:pPr>
          <w:hyperlink w:anchor="_Toc222556155" w:history="1">
            <w:r w:rsidRPr="00205272">
              <w:rPr>
                <w:rStyle w:val="Hipervnculo"/>
                <w:rFonts w:ascii="Calibri Light" w:hAnsi="Calibri Light" w:cs="Calibri Light"/>
                <w:noProof/>
                <w:lang w:val="es-ES"/>
              </w:rPr>
              <w:t>Capítulo 1 – Introducción</w:t>
            </w:r>
            <w:r>
              <w:rPr>
                <w:noProof/>
                <w:webHidden/>
              </w:rPr>
              <w:tab/>
            </w:r>
            <w:r>
              <w:rPr>
                <w:noProof/>
                <w:webHidden/>
              </w:rPr>
              <w:fldChar w:fldCharType="begin"/>
            </w:r>
            <w:r>
              <w:rPr>
                <w:noProof/>
                <w:webHidden/>
              </w:rPr>
              <w:instrText xml:space="preserve"> PAGEREF _Toc222556155 \h </w:instrText>
            </w:r>
            <w:r>
              <w:rPr>
                <w:noProof/>
                <w:webHidden/>
              </w:rPr>
            </w:r>
            <w:r>
              <w:rPr>
                <w:noProof/>
                <w:webHidden/>
              </w:rPr>
              <w:fldChar w:fldCharType="separate"/>
            </w:r>
            <w:r>
              <w:rPr>
                <w:noProof/>
                <w:webHidden/>
              </w:rPr>
              <w:t>6</w:t>
            </w:r>
            <w:r>
              <w:rPr>
                <w:noProof/>
                <w:webHidden/>
              </w:rPr>
              <w:fldChar w:fldCharType="end"/>
            </w:r>
          </w:hyperlink>
        </w:p>
        <w:p w14:paraId="47180EE5" w14:textId="692D1218" w:rsidR="00760CE9" w:rsidRDefault="00760CE9">
          <w:pPr>
            <w:pStyle w:val="TDC2"/>
            <w:tabs>
              <w:tab w:val="right" w:leader="dot" w:pos="8630"/>
            </w:tabs>
            <w:rPr>
              <w:noProof/>
              <w:kern w:val="2"/>
              <w:sz w:val="24"/>
              <w:szCs w:val="24"/>
              <w:lang w:val="es-ES" w:eastAsia="es-ES"/>
              <w14:ligatures w14:val="standardContextual"/>
            </w:rPr>
          </w:pPr>
          <w:hyperlink w:anchor="_Toc222556156" w:history="1">
            <w:r w:rsidRPr="00205272">
              <w:rPr>
                <w:rStyle w:val="Hipervnculo"/>
                <w:rFonts w:ascii="Calibri Light" w:hAnsi="Calibri Light" w:cs="Calibri Light"/>
                <w:noProof/>
                <w:lang w:val="es-ES"/>
              </w:rPr>
              <w:t>1.1 Delimitación del tema</w:t>
            </w:r>
            <w:r>
              <w:rPr>
                <w:noProof/>
                <w:webHidden/>
              </w:rPr>
              <w:tab/>
            </w:r>
            <w:r>
              <w:rPr>
                <w:noProof/>
                <w:webHidden/>
              </w:rPr>
              <w:fldChar w:fldCharType="begin"/>
            </w:r>
            <w:r>
              <w:rPr>
                <w:noProof/>
                <w:webHidden/>
              </w:rPr>
              <w:instrText xml:space="preserve"> PAGEREF _Toc222556156 \h </w:instrText>
            </w:r>
            <w:r>
              <w:rPr>
                <w:noProof/>
                <w:webHidden/>
              </w:rPr>
            </w:r>
            <w:r>
              <w:rPr>
                <w:noProof/>
                <w:webHidden/>
              </w:rPr>
              <w:fldChar w:fldCharType="separate"/>
            </w:r>
            <w:r>
              <w:rPr>
                <w:noProof/>
                <w:webHidden/>
              </w:rPr>
              <w:t>6</w:t>
            </w:r>
            <w:r>
              <w:rPr>
                <w:noProof/>
                <w:webHidden/>
              </w:rPr>
              <w:fldChar w:fldCharType="end"/>
            </w:r>
          </w:hyperlink>
        </w:p>
        <w:p w14:paraId="01003C8A" w14:textId="2E3577C3" w:rsidR="00760CE9" w:rsidRDefault="00760CE9">
          <w:pPr>
            <w:pStyle w:val="TDC2"/>
            <w:tabs>
              <w:tab w:val="right" w:leader="dot" w:pos="8630"/>
            </w:tabs>
            <w:rPr>
              <w:noProof/>
              <w:kern w:val="2"/>
              <w:sz w:val="24"/>
              <w:szCs w:val="24"/>
              <w:lang w:val="es-ES" w:eastAsia="es-ES"/>
              <w14:ligatures w14:val="standardContextual"/>
            </w:rPr>
          </w:pPr>
          <w:hyperlink w:anchor="_Toc222556157" w:history="1">
            <w:r w:rsidRPr="00205272">
              <w:rPr>
                <w:rStyle w:val="Hipervnculo"/>
                <w:rFonts w:ascii="Calibri Light" w:hAnsi="Calibri Light" w:cs="Calibri Light"/>
                <w:noProof/>
                <w:lang w:val="es-ES"/>
              </w:rPr>
              <w:t>1.2 Justificación</w:t>
            </w:r>
            <w:r>
              <w:rPr>
                <w:noProof/>
                <w:webHidden/>
              </w:rPr>
              <w:tab/>
            </w:r>
            <w:r>
              <w:rPr>
                <w:noProof/>
                <w:webHidden/>
              </w:rPr>
              <w:fldChar w:fldCharType="begin"/>
            </w:r>
            <w:r>
              <w:rPr>
                <w:noProof/>
                <w:webHidden/>
              </w:rPr>
              <w:instrText xml:space="preserve"> PAGEREF _Toc222556157 \h </w:instrText>
            </w:r>
            <w:r>
              <w:rPr>
                <w:noProof/>
                <w:webHidden/>
              </w:rPr>
            </w:r>
            <w:r>
              <w:rPr>
                <w:noProof/>
                <w:webHidden/>
              </w:rPr>
              <w:fldChar w:fldCharType="separate"/>
            </w:r>
            <w:r>
              <w:rPr>
                <w:noProof/>
                <w:webHidden/>
              </w:rPr>
              <w:t>6</w:t>
            </w:r>
            <w:r>
              <w:rPr>
                <w:noProof/>
                <w:webHidden/>
              </w:rPr>
              <w:fldChar w:fldCharType="end"/>
            </w:r>
          </w:hyperlink>
        </w:p>
        <w:p w14:paraId="011F2958" w14:textId="416F8F34" w:rsidR="00760CE9" w:rsidRDefault="00760CE9">
          <w:pPr>
            <w:pStyle w:val="TDC2"/>
            <w:tabs>
              <w:tab w:val="right" w:leader="dot" w:pos="8630"/>
            </w:tabs>
            <w:rPr>
              <w:noProof/>
              <w:kern w:val="2"/>
              <w:sz w:val="24"/>
              <w:szCs w:val="24"/>
              <w:lang w:val="es-ES" w:eastAsia="es-ES"/>
              <w14:ligatures w14:val="standardContextual"/>
            </w:rPr>
          </w:pPr>
          <w:hyperlink w:anchor="_Toc222556158" w:history="1">
            <w:r w:rsidRPr="00205272">
              <w:rPr>
                <w:rStyle w:val="Hipervnculo"/>
                <w:rFonts w:ascii="Calibri Light" w:hAnsi="Calibri Light" w:cs="Calibri Light"/>
                <w:noProof/>
                <w:lang w:val="es-ES"/>
              </w:rPr>
              <w:t>1.3 Pregunta de investigación</w:t>
            </w:r>
            <w:r>
              <w:rPr>
                <w:noProof/>
                <w:webHidden/>
              </w:rPr>
              <w:tab/>
            </w:r>
            <w:r>
              <w:rPr>
                <w:noProof/>
                <w:webHidden/>
              </w:rPr>
              <w:fldChar w:fldCharType="begin"/>
            </w:r>
            <w:r>
              <w:rPr>
                <w:noProof/>
                <w:webHidden/>
              </w:rPr>
              <w:instrText xml:space="preserve"> PAGEREF _Toc222556158 \h </w:instrText>
            </w:r>
            <w:r>
              <w:rPr>
                <w:noProof/>
                <w:webHidden/>
              </w:rPr>
            </w:r>
            <w:r>
              <w:rPr>
                <w:noProof/>
                <w:webHidden/>
              </w:rPr>
              <w:fldChar w:fldCharType="separate"/>
            </w:r>
            <w:r>
              <w:rPr>
                <w:noProof/>
                <w:webHidden/>
              </w:rPr>
              <w:t>6</w:t>
            </w:r>
            <w:r>
              <w:rPr>
                <w:noProof/>
                <w:webHidden/>
              </w:rPr>
              <w:fldChar w:fldCharType="end"/>
            </w:r>
          </w:hyperlink>
        </w:p>
        <w:p w14:paraId="2381B2B8" w14:textId="71588506" w:rsidR="00760CE9" w:rsidRDefault="00760CE9">
          <w:pPr>
            <w:pStyle w:val="TDC1"/>
            <w:tabs>
              <w:tab w:val="right" w:leader="dot" w:pos="8630"/>
            </w:tabs>
            <w:rPr>
              <w:noProof/>
              <w:kern w:val="2"/>
              <w:sz w:val="24"/>
              <w:szCs w:val="24"/>
              <w:lang w:val="es-ES" w:eastAsia="es-ES"/>
              <w14:ligatures w14:val="standardContextual"/>
            </w:rPr>
          </w:pPr>
          <w:hyperlink w:anchor="_Toc222556159" w:history="1">
            <w:r w:rsidRPr="00205272">
              <w:rPr>
                <w:rStyle w:val="Hipervnculo"/>
                <w:rFonts w:ascii="Calibri Light" w:hAnsi="Calibri Light" w:cs="Calibri Light"/>
                <w:noProof/>
                <w:lang w:val="es-ES"/>
              </w:rPr>
              <w:t>Capítulo 2 – Objetivos, hipótesis y metodología</w:t>
            </w:r>
            <w:r>
              <w:rPr>
                <w:noProof/>
                <w:webHidden/>
              </w:rPr>
              <w:tab/>
            </w:r>
            <w:r>
              <w:rPr>
                <w:noProof/>
                <w:webHidden/>
              </w:rPr>
              <w:fldChar w:fldCharType="begin"/>
            </w:r>
            <w:r>
              <w:rPr>
                <w:noProof/>
                <w:webHidden/>
              </w:rPr>
              <w:instrText xml:space="preserve"> PAGEREF _Toc222556159 \h </w:instrText>
            </w:r>
            <w:r>
              <w:rPr>
                <w:noProof/>
                <w:webHidden/>
              </w:rPr>
            </w:r>
            <w:r>
              <w:rPr>
                <w:noProof/>
                <w:webHidden/>
              </w:rPr>
              <w:fldChar w:fldCharType="separate"/>
            </w:r>
            <w:r>
              <w:rPr>
                <w:noProof/>
                <w:webHidden/>
              </w:rPr>
              <w:t>7</w:t>
            </w:r>
            <w:r>
              <w:rPr>
                <w:noProof/>
                <w:webHidden/>
              </w:rPr>
              <w:fldChar w:fldCharType="end"/>
            </w:r>
          </w:hyperlink>
        </w:p>
        <w:p w14:paraId="41B20017" w14:textId="11540F7E" w:rsidR="00760CE9" w:rsidRDefault="00760CE9">
          <w:pPr>
            <w:pStyle w:val="TDC2"/>
            <w:tabs>
              <w:tab w:val="right" w:leader="dot" w:pos="8630"/>
            </w:tabs>
            <w:rPr>
              <w:noProof/>
              <w:kern w:val="2"/>
              <w:sz w:val="24"/>
              <w:szCs w:val="24"/>
              <w:lang w:val="es-ES" w:eastAsia="es-ES"/>
              <w14:ligatures w14:val="standardContextual"/>
            </w:rPr>
          </w:pPr>
          <w:hyperlink w:anchor="_Toc222556160" w:history="1">
            <w:r w:rsidRPr="00205272">
              <w:rPr>
                <w:rStyle w:val="Hipervnculo"/>
                <w:rFonts w:ascii="Calibri Light" w:hAnsi="Calibri Light" w:cs="Calibri Light"/>
                <w:noProof/>
                <w:lang w:val="es-ES"/>
              </w:rPr>
              <w:t>2.1 Objetivos</w:t>
            </w:r>
            <w:r>
              <w:rPr>
                <w:noProof/>
                <w:webHidden/>
              </w:rPr>
              <w:tab/>
            </w:r>
            <w:r>
              <w:rPr>
                <w:noProof/>
                <w:webHidden/>
              </w:rPr>
              <w:fldChar w:fldCharType="begin"/>
            </w:r>
            <w:r>
              <w:rPr>
                <w:noProof/>
                <w:webHidden/>
              </w:rPr>
              <w:instrText xml:space="preserve"> PAGEREF _Toc222556160 \h </w:instrText>
            </w:r>
            <w:r>
              <w:rPr>
                <w:noProof/>
                <w:webHidden/>
              </w:rPr>
            </w:r>
            <w:r>
              <w:rPr>
                <w:noProof/>
                <w:webHidden/>
              </w:rPr>
              <w:fldChar w:fldCharType="separate"/>
            </w:r>
            <w:r>
              <w:rPr>
                <w:noProof/>
                <w:webHidden/>
              </w:rPr>
              <w:t>7</w:t>
            </w:r>
            <w:r>
              <w:rPr>
                <w:noProof/>
                <w:webHidden/>
              </w:rPr>
              <w:fldChar w:fldCharType="end"/>
            </w:r>
          </w:hyperlink>
        </w:p>
        <w:p w14:paraId="64BA493C" w14:textId="0127CC45" w:rsidR="00760CE9" w:rsidRDefault="00760CE9">
          <w:pPr>
            <w:pStyle w:val="TDC2"/>
            <w:tabs>
              <w:tab w:val="right" w:leader="dot" w:pos="8630"/>
            </w:tabs>
            <w:rPr>
              <w:noProof/>
              <w:kern w:val="2"/>
              <w:sz w:val="24"/>
              <w:szCs w:val="24"/>
              <w:lang w:val="es-ES" w:eastAsia="es-ES"/>
              <w14:ligatures w14:val="standardContextual"/>
            </w:rPr>
          </w:pPr>
          <w:hyperlink w:anchor="_Toc222556161" w:history="1">
            <w:r w:rsidRPr="00205272">
              <w:rPr>
                <w:rStyle w:val="Hipervnculo"/>
                <w:rFonts w:ascii="Calibri Light" w:hAnsi="Calibri Light" w:cs="Calibri Light"/>
                <w:noProof/>
                <w:lang w:val="es-ES"/>
              </w:rPr>
              <w:t>2.2 Hipótesis</w:t>
            </w:r>
            <w:r>
              <w:rPr>
                <w:noProof/>
                <w:webHidden/>
              </w:rPr>
              <w:tab/>
            </w:r>
            <w:r>
              <w:rPr>
                <w:noProof/>
                <w:webHidden/>
              </w:rPr>
              <w:fldChar w:fldCharType="begin"/>
            </w:r>
            <w:r>
              <w:rPr>
                <w:noProof/>
                <w:webHidden/>
              </w:rPr>
              <w:instrText xml:space="preserve"> PAGEREF _Toc222556161 \h </w:instrText>
            </w:r>
            <w:r>
              <w:rPr>
                <w:noProof/>
                <w:webHidden/>
              </w:rPr>
            </w:r>
            <w:r>
              <w:rPr>
                <w:noProof/>
                <w:webHidden/>
              </w:rPr>
              <w:fldChar w:fldCharType="separate"/>
            </w:r>
            <w:r>
              <w:rPr>
                <w:noProof/>
                <w:webHidden/>
              </w:rPr>
              <w:t>7</w:t>
            </w:r>
            <w:r>
              <w:rPr>
                <w:noProof/>
                <w:webHidden/>
              </w:rPr>
              <w:fldChar w:fldCharType="end"/>
            </w:r>
          </w:hyperlink>
        </w:p>
        <w:p w14:paraId="599860E8" w14:textId="5C89AC26" w:rsidR="00760CE9" w:rsidRDefault="00760CE9">
          <w:pPr>
            <w:pStyle w:val="TDC2"/>
            <w:tabs>
              <w:tab w:val="right" w:leader="dot" w:pos="8630"/>
            </w:tabs>
            <w:rPr>
              <w:noProof/>
              <w:kern w:val="2"/>
              <w:sz w:val="24"/>
              <w:szCs w:val="24"/>
              <w:lang w:val="es-ES" w:eastAsia="es-ES"/>
              <w14:ligatures w14:val="standardContextual"/>
            </w:rPr>
          </w:pPr>
          <w:hyperlink w:anchor="_Toc222556162" w:history="1">
            <w:r w:rsidRPr="00205272">
              <w:rPr>
                <w:rStyle w:val="Hipervnculo"/>
                <w:rFonts w:ascii="Calibri Light" w:hAnsi="Calibri Light" w:cs="Calibri Light"/>
                <w:noProof/>
                <w:lang w:val="es-ES"/>
              </w:rPr>
              <w:t>2.3 Metodología</w:t>
            </w:r>
            <w:r>
              <w:rPr>
                <w:noProof/>
                <w:webHidden/>
              </w:rPr>
              <w:tab/>
            </w:r>
            <w:r>
              <w:rPr>
                <w:noProof/>
                <w:webHidden/>
              </w:rPr>
              <w:fldChar w:fldCharType="begin"/>
            </w:r>
            <w:r>
              <w:rPr>
                <w:noProof/>
                <w:webHidden/>
              </w:rPr>
              <w:instrText xml:space="preserve"> PAGEREF _Toc222556162 \h </w:instrText>
            </w:r>
            <w:r>
              <w:rPr>
                <w:noProof/>
                <w:webHidden/>
              </w:rPr>
            </w:r>
            <w:r>
              <w:rPr>
                <w:noProof/>
                <w:webHidden/>
              </w:rPr>
              <w:fldChar w:fldCharType="separate"/>
            </w:r>
            <w:r>
              <w:rPr>
                <w:noProof/>
                <w:webHidden/>
              </w:rPr>
              <w:t>7</w:t>
            </w:r>
            <w:r>
              <w:rPr>
                <w:noProof/>
                <w:webHidden/>
              </w:rPr>
              <w:fldChar w:fldCharType="end"/>
            </w:r>
          </w:hyperlink>
        </w:p>
        <w:p w14:paraId="45CA8384" w14:textId="5535ACF8" w:rsidR="00760CE9" w:rsidRDefault="00760CE9">
          <w:pPr>
            <w:pStyle w:val="TDC1"/>
            <w:tabs>
              <w:tab w:val="right" w:leader="dot" w:pos="8630"/>
            </w:tabs>
            <w:rPr>
              <w:noProof/>
              <w:kern w:val="2"/>
              <w:sz w:val="24"/>
              <w:szCs w:val="24"/>
              <w:lang w:val="es-ES" w:eastAsia="es-ES"/>
              <w14:ligatures w14:val="standardContextual"/>
            </w:rPr>
          </w:pPr>
          <w:hyperlink w:anchor="_Toc222556163" w:history="1">
            <w:r w:rsidRPr="00205272">
              <w:rPr>
                <w:rStyle w:val="Hipervnculo"/>
                <w:rFonts w:ascii="Calibri Light" w:hAnsi="Calibri Light" w:cs="Calibri Light"/>
                <w:noProof/>
                <w:lang w:val="es-ES"/>
              </w:rPr>
              <w:t>Capítulo 3 – Marco teórico y estado de la cuestión</w:t>
            </w:r>
            <w:r>
              <w:rPr>
                <w:noProof/>
                <w:webHidden/>
              </w:rPr>
              <w:tab/>
            </w:r>
            <w:r>
              <w:rPr>
                <w:noProof/>
                <w:webHidden/>
              </w:rPr>
              <w:fldChar w:fldCharType="begin"/>
            </w:r>
            <w:r>
              <w:rPr>
                <w:noProof/>
                <w:webHidden/>
              </w:rPr>
              <w:instrText xml:space="preserve"> PAGEREF _Toc222556163 \h </w:instrText>
            </w:r>
            <w:r>
              <w:rPr>
                <w:noProof/>
                <w:webHidden/>
              </w:rPr>
            </w:r>
            <w:r>
              <w:rPr>
                <w:noProof/>
                <w:webHidden/>
              </w:rPr>
              <w:fldChar w:fldCharType="separate"/>
            </w:r>
            <w:r>
              <w:rPr>
                <w:noProof/>
                <w:webHidden/>
              </w:rPr>
              <w:t>8</w:t>
            </w:r>
            <w:r>
              <w:rPr>
                <w:noProof/>
                <w:webHidden/>
              </w:rPr>
              <w:fldChar w:fldCharType="end"/>
            </w:r>
          </w:hyperlink>
        </w:p>
        <w:p w14:paraId="052433A0" w14:textId="46382B1D" w:rsidR="00760CE9" w:rsidRDefault="00760CE9">
          <w:pPr>
            <w:pStyle w:val="TDC2"/>
            <w:tabs>
              <w:tab w:val="right" w:leader="dot" w:pos="8630"/>
            </w:tabs>
            <w:rPr>
              <w:noProof/>
              <w:kern w:val="2"/>
              <w:sz w:val="24"/>
              <w:szCs w:val="24"/>
              <w:lang w:val="es-ES" w:eastAsia="es-ES"/>
              <w14:ligatures w14:val="standardContextual"/>
            </w:rPr>
          </w:pPr>
          <w:hyperlink w:anchor="_Toc222556164" w:history="1">
            <w:r w:rsidRPr="00205272">
              <w:rPr>
                <w:rStyle w:val="Hipervnculo"/>
                <w:rFonts w:ascii="Calibri Light" w:hAnsi="Calibri Light" w:cs="Calibri Light"/>
                <w:noProof/>
                <w:lang w:val="es-ES"/>
              </w:rPr>
              <w:t>3.1 Marco teórico</w:t>
            </w:r>
            <w:r>
              <w:rPr>
                <w:noProof/>
                <w:webHidden/>
              </w:rPr>
              <w:tab/>
            </w:r>
            <w:r>
              <w:rPr>
                <w:noProof/>
                <w:webHidden/>
              </w:rPr>
              <w:fldChar w:fldCharType="begin"/>
            </w:r>
            <w:r>
              <w:rPr>
                <w:noProof/>
                <w:webHidden/>
              </w:rPr>
              <w:instrText xml:space="preserve"> PAGEREF _Toc222556164 \h </w:instrText>
            </w:r>
            <w:r>
              <w:rPr>
                <w:noProof/>
                <w:webHidden/>
              </w:rPr>
            </w:r>
            <w:r>
              <w:rPr>
                <w:noProof/>
                <w:webHidden/>
              </w:rPr>
              <w:fldChar w:fldCharType="separate"/>
            </w:r>
            <w:r>
              <w:rPr>
                <w:noProof/>
                <w:webHidden/>
              </w:rPr>
              <w:t>8</w:t>
            </w:r>
            <w:r>
              <w:rPr>
                <w:noProof/>
                <w:webHidden/>
              </w:rPr>
              <w:fldChar w:fldCharType="end"/>
            </w:r>
          </w:hyperlink>
        </w:p>
        <w:p w14:paraId="58DD3E57" w14:textId="2D0C5CA2" w:rsidR="00760CE9" w:rsidRDefault="00760CE9">
          <w:pPr>
            <w:pStyle w:val="TDC2"/>
            <w:tabs>
              <w:tab w:val="right" w:leader="dot" w:pos="8630"/>
            </w:tabs>
            <w:rPr>
              <w:noProof/>
              <w:kern w:val="2"/>
              <w:sz w:val="24"/>
              <w:szCs w:val="24"/>
              <w:lang w:val="es-ES" w:eastAsia="es-ES"/>
              <w14:ligatures w14:val="standardContextual"/>
            </w:rPr>
          </w:pPr>
          <w:hyperlink w:anchor="_Toc222556165" w:history="1">
            <w:r w:rsidRPr="00205272">
              <w:rPr>
                <w:rStyle w:val="Hipervnculo"/>
                <w:rFonts w:ascii="Calibri Light" w:hAnsi="Calibri Light" w:cs="Calibri Light"/>
                <w:noProof/>
                <w:lang w:val="es-ES"/>
              </w:rPr>
              <w:t>3.2 Estado de la cuestión</w:t>
            </w:r>
            <w:r>
              <w:rPr>
                <w:noProof/>
                <w:webHidden/>
              </w:rPr>
              <w:tab/>
            </w:r>
            <w:r>
              <w:rPr>
                <w:noProof/>
                <w:webHidden/>
              </w:rPr>
              <w:fldChar w:fldCharType="begin"/>
            </w:r>
            <w:r>
              <w:rPr>
                <w:noProof/>
                <w:webHidden/>
              </w:rPr>
              <w:instrText xml:space="preserve"> PAGEREF _Toc222556165 \h </w:instrText>
            </w:r>
            <w:r>
              <w:rPr>
                <w:noProof/>
                <w:webHidden/>
              </w:rPr>
            </w:r>
            <w:r>
              <w:rPr>
                <w:noProof/>
                <w:webHidden/>
              </w:rPr>
              <w:fldChar w:fldCharType="separate"/>
            </w:r>
            <w:r>
              <w:rPr>
                <w:noProof/>
                <w:webHidden/>
              </w:rPr>
              <w:t>8</w:t>
            </w:r>
            <w:r>
              <w:rPr>
                <w:noProof/>
                <w:webHidden/>
              </w:rPr>
              <w:fldChar w:fldCharType="end"/>
            </w:r>
          </w:hyperlink>
        </w:p>
        <w:p w14:paraId="3AAD78CE" w14:textId="1C7A3A2F" w:rsidR="00760CE9" w:rsidRDefault="00760CE9">
          <w:pPr>
            <w:pStyle w:val="TDC1"/>
            <w:tabs>
              <w:tab w:val="right" w:leader="dot" w:pos="8630"/>
            </w:tabs>
            <w:rPr>
              <w:noProof/>
              <w:kern w:val="2"/>
              <w:sz w:val="24"/>
              <w:szCs w:val="24"/>
              <w:lang w:val="es-ES" w:eastAsia="es-ES"/>
              <w14:ligatures w14:val="standardContextual"/>
            </w:rPr>
          </w:pPr>
          <w:hyperlink w:anchor="_Toc222556166" w:history="1">
            <w:r w:rsidRPr="00205272">
              <w:rPr>
                <w:rStyle w:val="Hipervnculo"/>
                <w:rFonts w:ascii="Calibri Light" w:hAnsi="Calibri Light" w:cs="Calibri Light"/>
                <w:noProof/>
                <w:lang w:val="es-ES"/>
              </w:rPr>
              <w:t>Capítulo 4 – Desarrollo de la investigación</w:t>
            </w:r>
            <w:r>
              <w:rPr>
                <w:noProof/>
                <w:webHidden/>
              </w:rPr>
              <w:tab/>
            </w:r>
            <w:r>
              <w:rPr>
                <w:noProof/>
                <w:webHidden/>
              </w:rPr>
              <w:fldChar w:fldCharType="begin"/>
            </w:r>
            <w:r>
              <w:rPr>
                <w:noProof/>
                <w:webHidden/>
              </w:rPr>
              <w:instrText xml:space="preserve"> PAGEREF _Toc222556166 \h </w:instrText>
            </w:r>
            <w:r>
              <w:rPr>
                <w:noProof/>
                <w:webHidden/>
              </w:rPr>
            </w:r>
            <w:r>
              <w:rPr>
                <w:noProof/>
                <w:webHidden/>
              </w:rPr>
              <w:fldChar w:fldCharType="separate"/>
            </w:r>
            <w:r>
              <w:rPr>
                <w:noProof/>
                <w:webHidden/>
              </w:rPr>
              <w:t>9</w:t>
            </w:r>
            <w:r>
              <w:rPr>
                <w:noProof/>
                <w:webHidden/>
              </w:rPr>
              <w:fldChar w:fldCharType="end"/>
            </w:r>
          </w:hyperlink>
        </w:p>
        <w:p w14:paraId="2C005193" w14:textId="3F203953" w:rsidR="00760CE9" w:rsidRDefault="00760CE9">
          <w:pPr>
            <w:pStyle w:val="TDC2"/>
            <w:tabs>
              <w:tab w:val="right" w:leader="dot" w:pos="8630"/>
            </w:tabs>
            <w:rPr>
              <w:noProof/>
              <w:kern w:val="2"/>
              <w:sz w:val="24"/>
              <w:szCs w:val="24"/>
              <w:lang w:val="es-ES" w:eastAsia="es-ES"/>
              <w14:ligatures w14:val="standardContextual"/>
            </w:rPr>
          </w:pPr>
          <w:hyperlink w:anchor="_Toc222556167" w:history="1">
            <w:r w:rsidRPr="00205272">
              <w:rPr>
                <w:rStyle w:val="Hipervnculo"/>
                <w:rFonts w:ascii="Calibri Light" w:hAnsi="Calibri Light" w:cs="Calibri Light"/>
                <w:noProof/>
                <w:lang w:val="es-ES"/>
              </w:rPr>
              <w:t>4.1 Contexto</w:t>
            </w:r>
            <w:r>
              <w:rPr>
                <w:noProof/>
                <w:webHidden/>
              </w:rPr>
              <w:tab/>
            </w:r>
            <w:r>
              <w:rPr>
                <w:noProof/>
                <w:webHidden/>
              </w:rPr>
              <w:fldChar w:fldCharType="begin"/>
            </w:r>
            <w:r>
              <w:rPr>
                <w:noProof/>
                <w:webHidden/>
              </w:rPr>
              <w:instrText xml:space="preserve"> PAGEREF _Toc222556167 \h </w:instrText>
            </w:r>
            <w:r>
              <w:rPr>
                <w:noProof/>
                <w:webHidden/>
              </w:rPr>
            </w:r>
            <w:r>
              <w:rPr>
                <w:noProof/>
                <w:webHidden/>
              </w:rPr>
              <w:fldChar w:fldCharType="separate"/>
            </w:r>
            <w:r>
              <w:rPr>
                <w:noProof/>
                <w:webHidden/>
              </w:rPr>
              <w:t>9</w:t>
            </w:r>
            <w:r>
              <w:rPr>
                <w:noProof/>
                <w:webHidden/>
              </w:rPr>
              <w:fldChar w:fldCharType="end"/>
            </w:r>
          </w:hyperlink>
        </w:p>
        <w:p w14:paraId="23464CF8" w14:textId="15D3A55D" w:rsidR="00760CE9" w:rsidRDefault="00760CE9">
          <w:pPr>
            <w:pStyle w:val="TDC2"/>
            <w:tabs>
              <w:tab w:val="right" w:leader="dot" w:pos="8630"/>
            </w:tabs>
            <w:rPr>
              <w:noProof/>
              <w:kern w:val="2"/>
              <w:sz w:val="24"/>
              <w:szCs w:val="24"/>
              <w:lang w:val="es-ES" w:eastAsia="es-ES"/>
              <w14:ligatures w14:val="standardContextual"/>
            </w:rPr>
          </w:pPr>
          <w:hyperlink w:anchor="_Toc222556168" w:history="1">
            <w:r w:rsidRPr="00205272">
              <w:rPr>
                <w:rStyle w:val="Hipervnculo"/>
                <w:rFonts w:ascii="Calibri Light" w:hAnsi="Calibri Light" w:cs="Calibri Light"/>
                <w:noProof/>
                <w:lang w:val="es-ES"/>
              </w:rPr>
              <w:t>4.2 Análisis</w:t>
            </w:r>
            <w:r>
              <w:rPr>
                <w:noProof/>
                <w:webHidden/>
              </w:rPr>
              <w:tab/>
            </w:r>
            <w:r>
              <w:rPr>
                <w:noProof/>
                <w:webHidden/>
              </w:rPr>
              <w:fldChar w:fldCharType="begin"/>
            </w:r>
            <w:r>
              <w:rPr>
                <w:noProof/>
                <w:webHidden/>
              </w:rPr>
              <w:instrText xml:space="preserve"> PAGEREF _Toc222556168 \h </w:instrText>
            </w:r>
            <w:r>
              <w:rPr>
                <w:noProof/>
                <w:webHidden/>
              </w:rPr>
            </w:r>
            <w:r>
              <w:rPr>
                <w:noProof/>
                <w:webHidden/>
              </w:rPr>
              <w:fldChar w:fldCharType="separate"/>
            </w:r>
            <w:r>
              <w:rPr>
                <w:noProof/>
                <w:webHidden/>
              </w:rPr>
              <w:t>9</w:t>
            </w:r>
            <w:r>
              <w:rPr>
                <w:noProof/>
                <w:webHidden/>
              </w:rPr>
              <w:fldChar w:fldCharType="end"/>
            </w:r>
          </w:hyperlink>
        </w:p>
        <w:p w14:paraId="5B039464" w14:textId="6607EA9D" w:rsidR="00760CE9" w:rsidRDefault="00760CE9">
          <w:pPr>
            <w:pStyle w:val="TDC2"/>
            <w:tabs>
              <w:tab w:val="right" w:leader="dot" w:pos="8630"/>
            </w:tabs>
            <w:rPr>
              <w:noProof/>
              <w:kern w:val="2"/>
              <w:sz w:val="24"/>
              <w:szCs w:val="24"/>
              <w:lang w:val="es-ES" w:eastAsia="es-ES"/>
              <w14:ligatures w14:val="standardContextual"/>
            </w:rPr>
          </w:pPr>
          <w:hyperlink w:anchor="_Toc222556169" w:history="1">
            <w:r w:rsidRPr="00205272">
              <w:rPr>
                <w:rStyle w:val="Hipervnculo"/>
                <w:rFonts w:ascii="Calibri Light" w:hAnsi="Calibri Light" w:cs="Calibri Light"/>
                <w:noProof/>
                <w:lang w:val="es-ES"/>
              </w:rPr>
              <w:t>4.3 Discusión</w:t>
            </w:r>
            <w:r>
              <w:rPr>
                <w:noProof/>
                <w:webHidden/>
              </w:rPr>
              <w:tab/>
            </w:r>
            <w:r>
              <w:rPr>
                <w:noProof/>
                <w:webHidden/>
              </w:rPr>
              <w:fldChar w:fldCharType="begin"/>
            </w:r>
            <w:r>
              <w:rPr>
                <w:noProof/>
                <w:webHidden/>
              </w:rPr>
              <w:instrText xml:space="preserve"> PAGEREF _Toc222556169 \h </w:instrText>
            </w:r>
            <w:r>
              <w:rPr>
                <w:noProof/>
                <w:webHidden/>
              </w:rPr>
            </w:r>
            <w:r>
              <w:rPr>
                <w:noProof/>
                <w:webHidden/>
              </w:rPr>
              <w:fldChar w:fldCharType="separate"/>
            </w:r>
            <w:r>
              <w:rPr>
                <w:noProof/>
                <w:webHidden/>
              </w:rPr>
              <w:t>9</w:t>
            </w:r>
            <w:r>
              <w:rPr>
                <w:noProof/>
                <w:webHidden/>
              </w:rPr>
              <w:fldChar w:fldCharType="end"/>
            </w:r>
          </w:hyperlink>
        </w:p>
        <w:p w14:paraId="3360B96A" w14:textId="6C32C848" w:rsidR="00760CE9" w:rsidRDefault="00760CE9">
          <w:pPr>
            <w:pStyle w:val="TDC1"/>
            <w:tabs>
              <w:tab w:val="right" w:leader="dot" w:pos="8630"/>
            </w:tabs>
            <w:rPr>
              <w:noProof/>
              <w:kern w:val="2"/>
              <w:sz w:val="24"/>
              <w:szCs w:val="24"/>
              <w:lang w:val="es-ES" w:eastAsia="es-ES"/>
              <w14:ligatures w14:val="standardContextual"/>
            </w:rPr>
          </w:pPr>
          <w:hyperlink w:anchor="_Toc222556170" w:history="1">
            <w:r w:rsidRPr="00205272">
              <w:rPr>
                <w:rStyle w:val="Hipervnculo"/>
                <w:rFonts w:ascii="Calibri Light" w:hAnsi="Calibri Light" w:cs="Calibri Light"/>
                <w:noProof/>
                <w:lang w:val="es-ES"/>
              </w:rPr>
              <w:t>Capítulo 5 – Resultados y conclusiones</w:t>
            </w:r>
            <w:r>
              <w:rPr>
                <w:noProof/>
                <w:webHidden/>
              </w:rPr>
              <w:tab/>
            </w:r>
            <w:r>
              <w:rPr>
                <w:noProof/>
                <w:webHidden/>
              </w:rPr>
              <w:fldChar w:fldCharType="begin"/>
            </w:r>
            <w:r>
              <w:rPr>
                <w:noProof/>
                <w:webHidden/>
              </w:rPr>
              <w:instrText xml:space="preserve"> PAGEREF _Toc222556170 \h </w:instrText>
            </w:r>
            <w:r>
              <w:rPr>
                <w:noProof/>
                <w:webHidden/>
              </w:rPr>
            </w:r>
            <w:r>
              <w:rPr>
                <w:noProof/>
                <w:webHidden/>
              </w:rPr>
              <w:fldChar w:fldCharType="separate"/>
            </w:r>
            <w:r>
              <w:rPr>
                <w:noProof/>
                <w:webHidden/>
              </w:rPr>
              <w:t>10</w:t>
            </w:r>
            <w:r>
              <w:rPr>
                <w:noProof/>
                <w:webHidden/>
              </w:rPr>
              <w:fldChar w:fldCharType="end"/>
            </w:r>
          </w:hyperlink>
        </w:p>
        <w:p w14:paraId="20B5DF5E" w14:textId="1F6DFCC8" w:rsidR="00760CE9" w:rsidRDefault="00760CE9">
          <w:pPr>
            <w:pStyle w:val="TDC1"/>
            <w:tabs>
              <w:tab w:val="right" w:leader="dot" w:pos="8630"/>
            </w:tabs>
            <w:rPr>
              <w:noProof/>
              <w:kern w:val="2"/>
              <w:sz w:val="24"/>
              <w:szCs w:val="24"/>
              <w:lang w:val="es-ES" w:eastAsia="es-ES"/>
              <w14:ligatures w14:val="standardContextual"/>
            </w:rPr>
          </w:pPr>
          <w:hyperlink w:anchor="_Toc222556171" w:history="1">
            <w:r w:rsidRPr="00205272">
              <w:rPr>
                <w:rStyle w:val="Hipervnculo"/>
                <w:rFonts w:ascii="Calibri Light" w:hAnsi="Calibri Light" w:cs="Calibri Light"/>
                <w:noProof/>
                <w:lang w:val="es-ES"/>
              </w:rPr>
              <w:t>Bibliografía</w:t>
            </w:r>
            <w:r>
              <w:rPr>
                <w:noProof/>
                <w:webHidden/>
              </w:rPr>
              <w:tab/>
            </w:r>
            <w:r>
              <w:rPr>
                <w:noProof/>
                <w:webHidden/>
              </w:rPr>
              <w:fldChar w:fldCharType="begin"/>
            </w:r>
            <w:r>
              <w:rPr>
                <w:noProof/>
                <w:webHidden/>
              </w:rPr>
              <w:instrText xml:space="preserve"> PAGEREF _Toc222556171 \h </w:instrText>
            </w:r>
            <w:r>
              <w:rPr>
                <w:noProof/>
                <w:webHidden/>
              </w:rPr>
            </w:r>
            <w:r>
              <w:rPr>
                <w:noProof/>
                <w:webHidden/>
              </w:rPr>
              <w:fldChar w:fldCharType="separate"/>
            </w:r>
            <w:r>
              <w:rPr>
                <w:noProof/>
                <w:webHidden/>
              </w:rPr>
              <w:t>11</w:t>
            </w:r>
            <w:r>
              <w:rPr>
                <w:noProof/>
                <w:webHidden/>
              </w:rPr>
              <w:fldChar w:fldCharType="end"/>
            </w:r>
          </w:hyperlink>
        </w:p>
        <w:p w14:paraId="7C46D40A" w14:textId="3597E9F8" w:rsidR="00760CE9" w:rsidRDefault="00760CE9">
          <w:pPr>
            <w:pStyle w:val="TDC1"/>
            <w:tabs>
              <w:tab w:val="right" w:leader="dot" w:pos="8630"/>
            </w:tabs>
            <w:rPr>
              <w:noProof/>
              <w:kern w:val="2"/>
              <w:sz w:val="24"/>
              <w:szCs w:val="24"/>
              <w:lang w:val="es-ES" w:eastAsia="es-ES"/>
              <w14:ligatures w14:val="standardContextual"/>
            </w:rPr>
          </w:pPr>
          <w:hyperlink w:anchor="_Toc222556172" w:history="1">
            <w:r w:rsidRPr="00205272">
              <w:rPr>
                <w:rStyle w:val="Hipervnculo"/>
                <w:rFonts w:ascii="Calibri Light" w:hAnsi="Calibri Light" w:cs="Calibri Light"/>
                <w:noProof/>
                <w:lang w:val="es-ES"/>
              </w:rPr>
              <w:t>Filmografía (si procede)</w:t>
            </w:r>
            <w:r>
              <w:rPr>
                <w:noProof/>
                <w:webHidden/>
              </w:rPr>
              <w:tab/>
            </w:r>
            <w:r>
              <w:rPr>
                <w:noProof/>
                <w:webHidden/>
              </w:rPr>
              <w:fldChar w:fldCharType="begin"/>
            </w:r>
            <w:r>
              <w:rPr>
                <w:noProof/>
                <w:webHidden/>
              </w:rPr>
              <w:instrText xml:space="preserve"> PAGEREF _Toc222556172 \h </w:instrText>
            </w:r>
            <w:r>
              <w:rPr>
                <w:noProof/>
                <w:webHidden/>
              </w:rPr>
            </w:r>
            <w:r>
              <w:rPr>
                <w:noProof/>
                <w:webHidden/>
              </w:rPr>
              <w:fldChar w:fldCharType="separate"/>
            </w:r>
            <w:r>
              <w:rPr>
                <w:noProof/>
                <w:webHidden/>
              </w:rPr>
              <w:t>12</w:t>
            </w:r>
            <w:r>
              <w:rPr>
                <w:noProof/>
                <w:webHidden/>
              </w:rPr>
              <w:fldChar w:fldCharType="end"/>
            </w:r>
          </w:hyperlink>
        </w:p>
        <w:p w14:paraId="44417AFE" w14:textId="7B2429FA" w:rsidR="00760CE9" w:rsidRDefault="00760CE9">
          <w:pPr>
            <w:pStyle w:val="TDC1"/>
            <w:tabs>
              <w:tab w:val="right" w:leader="dot" w:pos="8630"/>
            </w:tabs>
            <w:rPr>
              <w:noProof/>
              <w:kern w:val="2"/>
              <w:sz w:val="24"/>
              <w:szCs w:val="24"/>
              <w:lang w:val="es-ES" w:eastAsia="es-ES"/>
              <w14:ligatures w14:val="standardContextual"/>
            </w:rPr>
          </w:pPr>
          <w:hyperlink w:anchor="_Toc222556173" w:history="1">
            <w:r w:rsidRPr="00205272">
              <w:rPr>
                <w:rStyle w:val="Hipervnculo"/>
                <w:rFonts w:ascii="Calibri Light" w:hAnsi="Calibri Light" w:cs="Calibri Light"/>
                <w:noProof/>
                <w:lang w:val="es-ES"/>
              </w:rPr>
              <w:t>Fuentes primarias (si procede)</w:t>
            </w:r>
            <w:r>
              <w:rPr>
                <w:noProof/>
                <w:webHidden/>
              </w:rPr>
              <w:tab/>
            </w:r>
            <w:r>
              <w:rPr>
                <w:noProof/>
                <w:webHidden/>
              </w:rPr>
              <w:fldChar w:fldCharType="begin"/>
            </w:r>
            <w:r>
              <w:rPr>
                <w:noProof/>
                <w:webHidden/>
              </w:rPr>
              <w:instrText xml:space="preserve"> PAGEREF _Toc222556173 \h </w:instrText>
            </w:r>
            <w:r>
              <w:rPr>
                <w:noProof/>
                <w:webHidden/>
              </w:rPr>
            </w:r>
            <w:r>
              <w:rPr>
                <w:noProof/>
                <w:webHidden/>
              </w:rPr>
              <w:fldChar w:fldCharType="separate"/>
            </w:r>
            <w:r>
              <w:rPr>
                <w:noProof/>
                <w:webHidden/>
              </w:rPr>
              <w:t>13</w:t>
            </w:r>
            <w:r>
              <w:rPr>
                <w:noProof/>
                <w:webHidden/>
              </w:rPr>
              <w:fldChar w:fldCharType="end"/>
            </w:r>
          </w:hyperlink>
        </w:p>
        <w:p w14:paraId="1F1849C0" w14:textId="702C8127" w:rsidR="00760CE9" w:rsidRDefault="00760CE9">
          <w:pPr>
            <w:pStyle w:val="TDC1"/>
            <w:tabs>
              <w:tab w:val="right" w:leader="dot" w:pos="8630"/>
            </w:tabs>
            <w:rPr>
              <w:noProof/>
              <w:kern w:val="2"/>
              <w:sz w:val="24"/>
              <w:szCs w:val="24"/>
              <w:lang w:val="es-ES" w:eastAsia="es-ES"/>
              <w14:ligatures w14:val="standardContextual"/>
            </w:rPr>
          </w:pPr>
          <w:hyperlink w:anchor="_Toc222556174" w:history="1">
            <w:r w:rsidRPr="00205272">
              <w:rPr>
                <w:rStyle w:val="Hipervnculo"/>
                <w:rFonts w:ascii="Calibri Light" w:hAnsi="Calibri Light" w:cs="Calibri Light"/>
                <w:noProof/>
                <w:lang w:val="es-ES"/>
              </w:rPr>
              <w:t>Apéndices (Opcional)</w:t>
            </w:r>
            <w:r>
              <w:rPr>
                <w:noProof/>
                <w:webHidden/>
              </w:rPr>
              <w:tab/>
            </w:r>
            <w:r>
              <w:rPr>
                <w:noProof/>
                <w:webHidden/>
              </w:rPr>
              <w:fldChar w:fldCharType="begin"/>
            </w:r>
            <w:r>
              <w:rPr>
                <w:noProof/>
                <w:webHidden/>
              </w:rPr>
              <w:instrText xml:space="preserve"> PAGEREF _Toc222556174 \h </w:instrText>
            </w:r>
            <w:r>
              <w:rPr>
                <w:noProof/>
                <w:webHidden/>
              </w:rPr>
            </w:r>
            <w:r>
              <w:rPr>
                <w:noProof/>
                <w:webHidden/>
              </w:rPr>
              <w:fldChar w:fldCharType="separate"/>
            </w:r>
            <w:r>
              <w:rPr>
                <w:noProof/>
                <w:webHidden/>
              </w:rPr>
              <w:t>14</w:t>
            </w:r>
            <w:r>
              <w:rPr>
                <w:noProof/>
                <w:webHidden/>
              </w:rPr>
              <w:fldChar w:fldCharType="end"/>
            </w:r>
          </w:hyperlink>
        </w:p>
        <w:p w14:paraId="01D21EAC" w14:textId="670453C8" w:rsidR="00760CE9" w:rsidRDefault="00760CE9">
          <w:pPr>
            <w:pStyle w:val="TDC1"/>
            <w:tabs>
              <w:tab w:val="right" w:leader="dot" w:pos="8630"/>
            </w:tabs>
            <w:rPr>
              <w:noProof/>
              <w:kern w:val="2"/>
              <w:sz w:val="24"/>
              <w:szCs w:val="24"/>
              <w:lang w:val="es-ES" w:eastAsia="es-ES"/>
              <w14:ligatures w14:val="standardContextual"/>
            </w:rPr>
          </w:pPr>
          <w:hyperlink w:anchor="_Toc222556175" w:history="1">
            <w:r w:rsidRPr="00205272">
              <w:rPr>
                <w:rStyle w:val="Hipervnculo"/>
                <w:rFonts w:ascii="Calibri Light" w:hAnsi="Calibri Light" w:cs="Calibri Light"/>
                <w:noProof/>
                <w:lang w:val="es-ES"/>
              </w:rPr>
              <w:t>Declaración de autoría</w:t>
            </w:r>
            <w:r>
              <w:rPr>
                <w:noProof/>
                <w:webHidden/>
              </w:rPr>
              <w:tab/>
            </w:r>
            <w:r>
              <w:rPr>
                <w:noProof/>
                <w:webHidden/>
              </w:rPr>
              <w:fldChar w:fldCharType="begin"/>
            </w:r>
            <w:r>
              <w:rPr>
                <w:noProof/>
                <w:webHidden/>
              </w:rPr>
              <w:instrText xml:space="preserve"> PAGEREF _Toc222556175 \h </w:instrText>
            </w:r>
            <w:r>
              <w:rPr>
                <w:noProof/>
                <w:webHidden/>
              </w:rPr>
            </w:r>
            <w:r>
              <w:rPr>
                <w:noProof/>
                <w:webHidden/>
              </w:rPr>
              <w:fldChar w:fldCharType="separate"/>
            </w:r>
            <w:r>
              <w:rPr>
                <w:noProof/>
                <w:webHidden/>
              </w:rPr>
              <w:t>15</w:t>
            </w:r>
            <w:r>
              <w:rPr>
                <w:noProof/>
                <w:webHidden/>
              </w:rPr>
              <w:fldChar w:fldCharType="end"/>
            </w:r>
          </w:hyperlink>
        </w:p>
        <w:p w14:paraId="1274727D" w14:textId="2C0F087C" w:rsidR="00760CE9" w:rsidRDefault="00760CE9">
          <w:r>
            <w:rPr>
              <w:b/>
              <w:bCs/>
            </w:rPr>
            <w:fldChar w:fldCharType="end"/>
          </w:r>
        </w:p>
      </w:sdtContent>
    </w:sdt>
    <w:p w14:paraId="7950DD6A" w14:textId="77777777" w:rsidR="00760CE9" w:rsidRPr="00760CE9" w:rsidRDefault="00760CE9">
      <w:pPr>
        <w:rPr>
          <w:rFonts w:ascii="Calibri Light" w:hAnsi="Calibri Light" w:cs="Calibri Light"/>
          <w:lang w:val="es-ES"/>
        </w:rPr>
      </w:pPr>
    </w:p>
    <w:p w14:paraId="639C24EF"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7841C674" w14:textId="77777777" w:rsidR="006F53BF" w:rsidRPr="00760CE9" w:rsidRDefault="00000000">
      <w:pPr>
        <w:pStyle w:val="Ttulo1"/>
        <w:rPr>
          <w:rFonts w:ascii="Calibri Light" w:hAnsi="Calibri Light" w:cs="Calibri Light"/>
          <w:color w:val="auto"/>
          <w:lang w:val="es-ES"/>
        </w:rPr>
      </w:pPr>
      <w:bookmarkStart w:id="3" w:name="_Toc222556155"/>
      <w:r w:rsidRPr="00760CE9">
        <w:rPr>
          <w:rFonts w:ascii="Calibri Light" w:hAnsi="Calibri Light" w:cs="Calibri Light"/>
          <w:color w:val="auto"/>
          <w:lang w:val="es-ES"/>
        </w:rPr>
        <w:lastRenderedPageBreak/>
        <w:t>Capítulo 1 – Introducción</w:t>
      </w:r>
      <w:bookmarkEnd w:id="3"/>
    </w:p>
    <w:p w14:paraId="0E6743FC" w14:textId="77777777" w:rsidR="006F53BF" w:rsidRPr="00760CE9" w:rsidRDefault="00000000">
      <w:pPr>
        <w:pStyle w:val="Ttulo2"/>
        <w:rPr>
          <w:rFonts w:ascii="Calibri Light" w:hAnsi="Calibri Light" w:cs="Calibri Light"/>
          <w:color w:val="auto"/>
          <w:lang w:val="es-ES"/>
        </w:rPr>
      </w:pPr>
      <w:bookmarkStart w:id="4" w:name="_Toc222556156"/>
      <w:r w:rsidRPr="00760CE9">
        <w:rPr>
          <w:rFonts w:ascii="Calibri Light" w:hAnsi="Calibri Light" w:cs="Calibri Light"/>
          <w:color w:val="auto"/>
          <w:lang w:val="es-ES"/>
        </w:rPr>
        <w:t>1.1 Delimitación del tema</w:t>
      </w:r>
      <w:bookmarkEnd w:id="4"/>
    </w:p>
    <w:p w14:paraId="2AA7C721"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Desarrollar aquí la delimitación del objeto de estudio.</w:t>
      </w:r>
    </w:p>
    <w:p w14:paraId="018F19C1" w14:textId="77777777" w:rsidR="006F53BF" w:rsidRPr="00760CE9" w:rsidRDefault="00000000">
      <w:pPr>
        <w:pStyle w:val="Ttulo2"/>
        <w:rPr>
          <w:rFonts w:ascii="Calibri Light" w:hAnsi="Calibri Light" w:cs="Calibri Light"/>
          <w:color w:val="auto"/>
          <w:lang w:val="es-ES"/>
        </w:rPr>
      </w:pPr>
      <w:bookmarkStart w:id="5" w:name="_Toc222556157"/>
      <w:r w:rsidRPr="00760CE9">
        <w:rPr>
          <w:rFonts w:ascii="Calibri Light" w:hAnsi="Calibri Light" w:cs="Calibri Light"/>
          <w:color w:val="auto"/>
          <w:lang w:val="es-ES"/>
        </w:rPr>
        <w:t>1.2 Justificación</w:t>
      </w:r>
      <w:bookmarkEnd w:id="5"/>
    </w:p>
    <w:p w14:paraId="69DBAFA4"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Explicar la relevancia académica del tema.</w:t>
      </w:r>
    </w:p>
    <w:p w14:paraId="2BEE1F11" w14:textId="77777777" w:rsidR="006F53BF" w:rsidRPr="00760CE9" w:rsidRDefault="00000000">
      <w:pPr>
        <w:pStyle w:val="Ttulo2"/>
        <w:rPr>
          <w:rFonts w:ascii="Calibri Light" w:hAnsi="Calibri Light" w:cs="Calibri Light"/>
          <w:color w:val="auto"/>
          <w:lang w:val="es-ES"/>
        </w:rPr>
      </w:pPr>
      <w:bookmarkStart w:id="6" w:name="_Toc222556158"/>
      <w:r w:rsidRPr="00760CE9">
        <w:rPr>
          <w:rFonts w:ascii="Calibri Light" w:hAnsi="Calibri Light" w:cs="Calibri Light"/>
          <w:color w:val="auto"/>
          <w:lang w:val="es-ES"/>
        </w:rPr>
        <w:t>1.3 Pregunta de investigación</w:t>
      </w:r>
      <w:bookmarkEnd w:id="6"/>
    </w:p>
    <w:p w14:paraId="692A911C"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Formular claramente la pregunta de investigación.</w:t>
      </w:r>
    </w:p>
    <w:p w14:paraId="210DD962"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2B5941E5" w14:textId="77777777" w:rsidR="006F53BF" w:rsidRPr="00760CE9" w:rsidRDefault="00000000">
      <w:pPr>
        <w:pStyle w:val="Ttulo1"/>
        <w:rPr>
          <w:rFonts w:ascii="Calibri Light" w:hAnsi="Calibri Light" w:cs="Calibri Light"/>
          <w:color w:val="auto"/>
          <w:lang w:val="es-ES"/>
        </w:rPr>
      </w:pPr>
      <w:bookmarkStart w:id="7" w:name="_Toc222556159"/>
      <w:r w:rsidRPr="00760CE9">
        <w:rPr>
          <w:rFonts w:ascii="Calibri Light" w:hAnsi="Calibri Light" w:cs="Calibri Light"/>
          <w:color w:val="auto"/>
          <w:lang w:val="es-ES"/>
        </w:rPr>
        <w:lastRenderedPageBreak/>
        <w:t>Capítulo 2 – Objetivos, hipótesis y metodología</w:t>
      </w:r>
      <w:bookmarkEnd w:id="7"/>
    </w:p>
    <w:p w14:paraId="1A41B800" w14:textId="77777777" w:rsidR="006F53BF" w:rsidRPr="00760CE9" w:rsidRDefault="00000000">
      <w:pPr>
        <w:pStyle w:val="Ttulo2"/>
        <w:rPr>
          <w:rFonts w:ascii="Calibri Light" w:hAnsi="Calibri Light" w:cs="Calibri Light"/>
          <w:color w:val="auto"/>
          <w:lang w:val="es-ES"/>
        </w:rPr>
      </w:pPr>
      <w:bookmarkStart w:id="8" w:name="_Toc222556160"/>
      <w:r w:rsidRPr="00760CE9">
        <w:rPr>
          <w:rFonts w:ascii="Calibri Light" w:hAnsi="Calibri Light" w:cs="Calibri Light"/>
          <w:color w:val="auto"/>
          <w:lang w:val="es-ES"/>
        </w:rPr>
        <w:t>2.1 Objetivos</w:t>
      </w:r>
      <w:bookmarkEnd w:id="8"/>
    </w:p>
    <w:p w14:paraId="663C8840"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Enumerar entre 2 y 4 objetivos operativos.</w:t>
      </w:r>
    </w:p>
    <w:p w14:paraId="3B43FE8E" w14:textId="77777777" w:rsidR="006F53BF" w:rsidRPr="00760CE9" w:rsidRDefault="00000000">
      <w:pPr>
        <w:pStyle w:val="Ttulo2"/>
        <w:rPr>
          <w:rFonts w:ascii="Calibri Light" w:hAnsi="Calibri Light" w:cs="Calibri Light"/>
          <w:color w:val="auto"/>
          <w:lang w:val="es-ES"/>
        </w:rPr>
      </w:pPr>
      <w:bookmarkStart w:id="9" w:name="_Toc222556161"/>
      <w:r w:rsidRPr="00760CE9">
        <w:rPr>
          <w:rFonts w:ascii="Calibri Light" w:hAnsi="Calibri Light" w:cs="Calibri Light"/>
          <w:color w:val="auto"/>
          <w:lang w:val="es-ES"/>
        </w:rPr>
        <w:t>2.2 Hipótesis</w:t>
      </w:r>
      <w:bookmarkEnd w:id="9"/>
    </w:p>
    <w:p w14:paraId="3A89585D"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Formular hipótesis si procede.</w:t>
      </w:r>
    </w:p>
    <w:p w14:paraId="420FCC44" w14:textId="77777777" w:rsidR="006F53BF" w:rsidRPr="00760CE9" w:rsidRDefault="00000000">
      <w:pPr>
        <w:pStyle w:val="Ttulo2"/>
        <w:rPr>
          <w:rFonts w:ascii="Calibri Light" w:hAnsi="Calibri Light" w:cs="Calibri Light"/>
          <w:color w:val="auto"/>
          <w:lang w:val="es-ES"/>
        </w:rPr>
      </w:pPr>
      <w:bookmarkStart w:id="10" w:name="_Toc222556162"/>
      <w:r w:rsidRPr="00760CE9">
        <w:rPr>
          <w:rFonts w:ascii="Calibri Light" w:hAnsi="Calibri Light" w:cs="Calibri Light"/>
          <w:color w:val="auto"/>
          <w:lang w:val="es-ES"/>
        </w:rPr>
        <w:t>2.3 Metodología</w:t>
      </w:r>
      <w:bookmarkEnd w:id="10"/>
    </w:p>
    <w:p w14:paraId="731C166E"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Explicar enfoque, corpus, procedimiento y límites.</w:t>
      </w:r>
    </w:p>
    <w:p w14:paraId="17956FFA"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5AF58097" w14:textId="77777777" w:rsidR="006F53BF" w:rsidRPr="00760CE9" w:rsidRDefault="00000000">
      <w:pPr>
        <w:pStyle w:val="Ttulo1"/>
        <w:rPr>
          <w:rFonts w:ascii="Calibri Light" w:hAnsi="Calibri Light" w:cs="Calibri Light"/>
          <w:color w:val="auto"/>
          <w:lang w:val="es-ES"/>
        </w:rPr>
      </w:pPr>
      <w:bookmarkStart w:id="11" w:name="_Toc222556163"/>
      <w:r w:rsidRPr="00760CE9">
        <w:rPr>
          <w:rFonts w:ascii="Calibri Light" w:hAnsi="Calibri Light" w:cs="Calibri Light"/>
          <w:color w:val="auto"/>
          <w:lang w:val="es-ES"/>
        </w:rPr>
        <w:lastRenderedPageBreak/>
        <w:t>Capítulo 3 – Marco teórico y estado de la cuestión</w:t>
      </w:r>
      <w:bookmarkEnd w:id="11"/>
    </w:p>
    <w:p w14:paraId="17531898" w14:textId="77777777" w:rsidR="006F53BF" w:rsidRPr="00760CE9" w:rsidRDefault="00000000">
      <w:pPr>
        <w:pStyle w:val="Ttulo2"/>
        <w:rPr>
          <w:rFonts w:ascii="Calibri Light" w:hAnsi="Calibri Light" w:cs="Calibri Light"/>
          <w:color w:val="auto"/>
          <w:lang w:val="es-ES"/>
        </w:rPr>
      </w:pPr>
      <w:bookmarkStart w:id="12" w:name="_Toc222556164"/>
      <w:r w:rsidRPr="00760CE9">
        <w:rPr>
          <w:rFonts w:ascii="Calibri Light" w:hAnsi="Calibri Light" w:cs="Calibri Light"/>
          <w:color w:val="auto"/>
          <w:lang w:val="es-ES"/>
        </w:rPr>
        <w:t>3.1 Marco teórico</w:t>
      </w:r>
      <w:bookmarkEnd w:id="12"/>
    </w:p>
    <w:p w14:paraId="69E33CBC"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Desarrollar conceptos clave y autores de referencia.</w:t>
      </w:r>
    </w:p>
    <w:p w14:paraId="4D9DD701" w14:textId="77777777" w:rsidR="006F53BF" w:rsidRPr="00760CE9" w:rsidRDefault="00000000">
      <w:pPr>
        <w:pStyle w:val="Ttulo2"/>
        <w:rPr>
          <w:rFonts w:ascii="Calibri Light" w:hAnsi="Calibri Light" w:cs="Calibri Light"/>
          <w:color w:val="auto"/>
          <w:lang w:val="es-ES"/>
        </w:rPr>
      </w:pPr>
      <w:bookmarkStart w:id="13" w:name="_Toc222556165"/>
      <w:r w:rsidRPr="00760CE9">
        <w:rPr>
          <w:rFonts w:ascii="Calibri Light" w:hAnsi="Calibri Light" w:cs="Calibri Light"/>
          <w:color w:val="auto"/>
          <w:lang w:val="es-ES"/>
        </w:rPr>
        <w:t>3.2 Estado de la cuestión</w:t>
      </w:r>
      <w:bookmarkEnd w:id="13"/>
    </w:p>
    <w:p w14:paraId="3B4E31FB"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Revisión crítica de bibliografía académica relevante.</w:t>
      </w:r>
    </w:p>
    <w:p w14:paraId="41E0443F"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53A70B76" w14:textId="77777777" w:rsidR="006F53BF" w:rsidRPr="00760CE9" w:rsidRDefault="00000000">
      <w:pPr>
        <w:pStyle w:val="Ttulo1"/>
        <w:rPr>
          <w:rFonts w:ascii="Calibri Light" w:hAnsi="Calibri Light" w:cs="Calibri Light"/>
          <w:color w:val="auto"/>
          <w:lang w:val="es-ES"/>
        </w:rPr>
      </w:pPr>
      <w:bookmarkStart w:id="14" w:name="_Toc222556166"/>
      <w:r w:rsidRPr="00760CE9">
        <w:rPr>
          <w:rFonts w:ascii="Calibri Light" w:hAnsi="Calibri Light" w:cs="Calibri Light"/>
          <w:color w:val="auto"/>
          <w:lang w:val="es-ES"/>
        </w:rPr>
        <w:lastRenderedPageBreak/>
        <w:t>Capítulo 4 – Desarrollo de la investigación</w:t>
      </w:r>
      <w:bookmarkEnd w:id="14"/>
    </w:p>
    <w:p w14:paraId="4A6FA142" w14:textId="77777777" w:rsidR="006F53BF" w:rsidRPr="00760CE9" w:rsidRDefault="00000000">
      <w:pPr>
        <w:pStyle w:val="Ttulo2"/>
        <w:rPr>
          <w:rFonts w:ascii="Calibri Light" w:hAnsi="Calibri Light" w:cs="Calibri Light"/>
          <w:color w:val="auto"/>
          <w:lang w:val="es-ES"/>
        </w:rPr>
      </w:pPr>
      <w:bookmarkStart w:id="15" w:name="_Toc222556167"/>
      <w:r w:rsidRPr="00760CE9">
        <w:rPr>
          <w:rFonts w:ascii="Calibri Light" w:hAnsi="Calibri Light" w:cs="Calibri Light"/>
          <w:color w:val="auto"/>
          <w:lang w:val="es-ES"/>
        </w:rPr>
        <w:t>4.1 Contexto</w:t>
      </w:r>
      <w:bookmarkEnd w:id="15"/>
    </w:p>
    <w:p w14:paraId="378A3054"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Contexto histórico, industrial o cultural si procede.</w:t>
      </w:r>
    </w:p>
    <w:p w14:paraId="4B6CC7B4" w14:textId="77777777" w:rsidR="006F53BF" w:rsidRPr="00760CE9" w:rsidRDefault="00000000">
      <w:pPr>
        <w:pStyle w:val="Ttulo2"/>
        <w:rPr>
          <w:rFonts w:ascii="Calibri Light" w:hAnsi="Calibri Light" w:cs="Calibri Light"/>
          <w:color w:val="auto"/>
          <w:lang w:val="es-ES"/>
        </w:rPr>
      </w:pPr>
      <w:bookmarkStart w:id="16" w:name="_Toc222556168"/>
      <w:r w:rsidRPr="00760CE9">
        <w:rPr>
          <w:rFonts w:ascii="Calibri Light" w:hAnsi="Calibri Light" w:cs="Calibri Light"/>
          <w:color w:val="auto"/>
          <w:lang w:val="es-ES"/>
        </w:rPr>
        <w:t>4.2 Análisis</w:t>
      </w:r>
      <w:bookmarkEnd w:id="16"/>
    </w:p>
    <w:p w14:paraId="27361F48"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Análisis detallado con evidencias.</w:t>
      </w:r>
    </w:p>
    <w:p w14:paraId="625ACD4B" w14:textId="77777777" w:rsidR="006F53BF" w:rsidRPr="00760CE9" w:rsidRDefault="00000000">
      <w:pPr>
        <w:pStyle w:val="Ttulo2"/>
        <w:rPr>
          <w:rFonts w:ascii="Calibri Light" w:hAnsi="Calibri Light" w:cs="Calibri Light"/>
          <w:color w:val="auto"/>
          <w:lang w:val="es-ES"/>
        </w:rPr>
      </w:pPr>
      <w:bookmarkStart w:id="17" w:name="_Toc222556169"/>
      <w:r w:rsidRPr="00760CE9">
        <w:rPr>
          <w:rFonts w:ascii="Calibri Light" w:hAnsi="Calibri Light" w:cs="Calibri Light"/>
          <w:color w:val="auto"/>
          <w:lang w:val="es-ES"/>
        </w:rPr>
        <w:t>4.3 Discusión</w:t>
      </w:r>
      <w:bookmarkEnd w:id="17"/>
    </w:p>
    <w:p w14:paraId="5082A2AB"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Conectar resultados con marco teórico e hipótesis.</w:t>
      </w:r>
    </w:p>
    <w:p w14:paraId="3EA74D97"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33588108" w14:textId="77777777" w:rsidR="006F53BF" w:rsidRPr="00760CE9" w:rsidRDefault="00000000">
      <w:pPr>
        <w:pStyle w:val="Ttulo1"/>
        <w:rPr>
          <w:rFonts w:ascii="Calibri Light" w:hAnsi="Calibri Light" w:cs="Calibri Light"/>
          <w:color w:val="auto"/>
          <w:lang w:val="es-ES"/>
        </w:rPr>
      </w:pPr>
      <w:bookmarkStart w:id="18" w:name="_Toc222556170"/>
      <w:r w:rsidRPr="00760CE9">
        <w:rPr>
          <w:rFonts w:ascii="Calibri Light" w:hAnsi="Calibri Light" w:cs="Calibri Light"/>
          <w:color w:val="auto"/>
          <w:lang w:val="es-ES"/>
        </w:rPr>
        <w:lastRenderedPageBreak/>
        <w:t>Capítulo 5 – Resultados y conclusiones</w:t>
      </w:r>
      <w:bookmarkEnd w:id="18"/>
    </w:p>
    <w:p w14:paraId="655AEE50"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Síntesis de hallazgos, respuesta a la pregunta y líneas futuras.</w:t>
      </w:r>
    </w:p>
    <w:p w14:paraId="6C756E2B"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7010522B" w14:textId="77777777" w:rsidR="006F53BF" w:rsidRPr="00760CE9" w:rsidRDefault="00000000">
      <w:pPr>
        <w:pStyle w:val="Ttulo1"/>
        <w:rPr>
          <w:rFonts w:ascii="Calibri Light" w:hAnsi="Calibri Light" w:cs="Calibri Light"/>
          <w:color w:val="auto"/>
          <w:lang w:val="es-ES"/>
        </w:rPr>
      </w:pPr>
      <w:bookmarkStart w:id="19" w:name="_Toc222556171"/>
      <w:r w:rsidRPr="00760CE9">
        <w:rPr>
          <w:rFonts w:ascii="Calibri Light" w:hAnsi="Calibri Light" w:cs="Calibri Light"/>
          <w:color w:val="auto"/>
          <w:lang w:val="es-ES"/>
        </w:rPr>
        <w:lastRenderedPageBreak/>
        <w:t>Bibliografía</w:t>
      </w:r>
      <w:bookmarkEnd w:id="19"/>
    </w:p>
    <w:p w14:paraId="3D2D20DA"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Incluir referencias en formato APA.</w:t>
      </w:r>
    </w:p>
    <w:p w14:paraId="07520DF6"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71EE43C5" w14:textId="77777777" w:rsidR="006F53BF" w:rsidRPr="00760CE9" w:rsidRDefault="00000000">
      <w:pPr>
        <w:pStyle w:val="Ttulo1"/>
        <w:rPr>
          <w:rFonts w:ascii="Calibri Light" w:hAnsi="Calibri Light" w:cs="Calibri Light"/>
          <w:color w:val="auto"/>
          <w:lang w:val="es-ES"/>
        </w:rPr>
      </w:pPr>
      <w:bookmarkStart w:id="20" w:name="_Toc222556172"/>
      <w:r w:rsidRPr="00760CE9">
        <w:rPr>
          <w:rFonts w:ascii="Calibri Light" w:hAnsi="Calibri Light" w:cs="Calibri Light"/>
          <w:color w:val="auto"/>
          <w:lang w:val="es-ES"/>
        </w:rPr>
        <w:lastRenderedPageBreak/>
        <w:t>Filmografía (si procede)</w:t>
      </w:r>
      <w:bookmarkEnd w:id="20"/>
    </w:p>
    <w:p w14:paraId="5CAADF9D"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Listado de películas analizadas.</w:t>
      </w:r>
    </w:p>
    <w:p w14:paraId="22517E67"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2B6AEC44" w14:textId="77777777" w:rsidR="006F53BF" w:rsidRPr="00760CE9" w:rsidRDefault="00000000">
      <w:pPr>
        <w:pStyle w:val="Ttulo1"/>
        <w:rPr>
          <w:rFonts w:ascii="Calibri Light" w:hAnsi="Calibri Light" w:cs="Calibri Light"/>
          <w:color w:val="auto"/>
          <w:lang w:val="es-ES"/>
        </w:rPr>
      </w:pPr>
      <w:bookmarkStart w:id="21" w:name="_Toc222556173"/>
      <w:r w:rsidRPr="00760CE9">
        <w:rPr>
          <w:rFonts w:ascii="Calibri Light" w:hAnsi="Calibri Light" w:cs="Calibri Light"/>
          <w:color w:val="auto"/>
          <w:lang w:val="es-ES"/>
        </w:rPr>
        <w:lastRenderedPageBreak/>
        <w:t>Fuentes primarias (si procede)</w:t>
      </w:r>
      <w:bookmarkEnd w:id="21"/>
    </w:p>
    <w:p w14:paraId="3FF6C50B"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Hemeroteca, archivos, entrevistas, legislación, etc.</w:t>
      </w:r>
    </w:p>
    <w:p w14:paraId="78F216C0"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7A5FC932" w14:textId="77777777" w:rsidR="006F53BF" w:rsidRPr="00760CE9" w:rsidRDefault="00000000">
      <w:pPr>
        <w:pStyle w:val="Ttulo1"/>
        <w:rPr>
          <w:rFonts w:ascii="Calibri Light" w:hAnsi="Calibri Light" w:cs="Calibri Light"/>
          <w:color w:val="auto"/>
          <w:lang w:val="es-ES"/>
        </w:rPr>
      </w:pPr>
      <w:bookmarkStart w:id="22" w:name="_Toc222556174"/>
      <w:r w:rsidRPr="00760CE9">
        <w:rPr>
          <w:rFonts w:ascii="Calibri Light" w:hAnsi="Calibri Light" w:cs="Calibri Light"/>
          <w:color w:val="auto"/>
          <w:lang w:val="es-ES"/>
        </w:rPr>
        <w:lastRenderedPageBreak/>
        <w:t>Apéndices (Opcional)</w:t>
      </w:r>
      <w:bookmarkEnd w:id="22"/>
    </w:p>
    <w:p w14:paraId="47B67056"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t>Apéndice A – Título</w:t>
      </w:r>
      <w:r w:rsidRPr="00760CE9">
        <w:rPr>
          <w:rFonts w:ascii="Calibri Light" w:hAnsi="Calibri Light" w:cs="Calibri Light"/>
          <w:lang w:val="es-ES"/>
        </w:rPr>
        <w:br/>
        <w:t>Apéndice B – Título</w:t>
      </w:r>
    </w:p>
    <w:p w14:paraId="3D005FBF" w14:textId="77777777" w:rsidR="006F53BF" w:rsidRPr="00760CE9" w:rsidRDefault="00000000">
      <w:pPr>
        <w:rPr>
          <w:rFonts w:ascii="Calibri Light" w:hAnsi="Calibri Light" w:cs="Calibri Light"/>
          <w:lang w:val="es-ES"/>
        </w:rPr>
      </w:pPr>
      <w:r w:rsidRPr="00760CE9">
        <w:rPr>
          <w:rFonts w:ascii="Calibri Light" w:hAnsi="Calibri Light" w:cs="Calibri Light"/>
          <w:lang w:val="es-ES"/>
        </w:rPr>
        <w:br w:type="page"/>
      </w:r>
    </w:p>
    <w:p w14:paraId="5265E752" w14:textId="77777777" w:rsidR="006F53BF" w:rsidRPr="00760CE9" w:rsidRDefault="00000000">
      <w:pPr>
        <w:pStyle w:val="Ttulo1"/>
        <w:rPr>
          <w:rFonts w:ascii="Calibri Light" w:hAnsi="Calibri Light" w:cs="Calibri Light"/>
          <w:color w:val="auto"/>
          <w:lang w:val="es-ES"/>
        </w:rPr>
      </w:pPr>
      <w:bookmarkStart w:id="23" w:name="_Toc222556175"/>
      <w:r w:rsidRPr="00760CE9">
        <w:rPr>
          <w:rFonts w:ascii="Calibri Light" w:hAnsi="Calibri Light" w:cs="Calibri Light"/>
          <w:color w:val="auto"/>
          <w:lang w:val="es-ES"/>
        </w:rPr>
        <w:lastRenderedPageBreak/>
        <w:t>Declaración de autoría</w:t>
      </w:r>
      <w:bookmarkEnd w:id="23"/>
    </w:p>
    <w:p w14:paraId="22DB7A1B"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 xml:space="preserve">En cumplimiento de la normativa académica vigente y de los principios de honestidad intelectual propios del ámbito universitario, el/la estudiante declara que el presente trabajo ha sido realizado de forma personal, original y responsable, ostentando la condición de autor/a </w:t>
      </w:r>
      <w:proofErr w:type="spellStart"/>
      <w:r w:rsidRPr="00F17E0B">
        <w:rPr>
          <w:rFonts w:ascii="Calibri Light" w:hAnsi="Calibri Light" w:cs="Calibri Light"/>
          <w:lang w:val="es-ES"/>
        </w:rPr>
        <w:t>a</w:t>
      </w:r>
      <w:proofErr w:type="spellEnd"/>
      <w:r w:rsidRPr="00F17E0B">
        <w:rPr>
          <w:rFonts w:ascii="Calibri Light" w:hAnsi="Calibri Light" w:cs="Calibri Light"/>
          <w:lang w:val="es-ES"/>
        </w:rPr>
        <w:t xml:space="preserve"> todos los efectos académicos.</w:t>
      </w:r>
    </w:p>
    <w:p w14:paraId="58E821C4"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El uso de herramientas de inteligencia artificial, incluidas aquellas de carácter generativo (en adelante, IA), no sustituye en ningún caso el trabajo intelectual propio del estudiante ni puede menoscabar la originalidad, la autoría ni la responsabilidad académica del mismo.</w:t>
      </w:r>
    </w:p>
    <w:p w14:paraId="0FC70424"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1. Principios generales</w:t>
      </w:r>
    </w:p>
    <w:p w14:paraId="60F686A2"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El Trabajo Académico constituye un ejercicio de culminación formativa que exige:</w:t>
      </w:r>
    </w:p>
    <w:p w14:paraId="6C97DF79" w14:textId="77777777" w:rsidR="00F17E0B" w:rsidRPr="00F17E0B" w:rsidRDefault="00F17E0B" w:rsidP="00200564">
      <w:pPr>
        <w:numPr>
          <w:ilvl w:val="0"/>
          <w:numId w:val="10"/>
        </w:numPr>
        <w:jc w:val="both"/>
        <w:rPr>
          <w:rFonts w:ascii="Calibri Light" w:hAnsi="Calibri Light" w:cs="Calibri Light"/>
          <w:lang w:val="es-ES"/>
        </w:rPr>
      </w:pPr>
      <w:r w:rsidRPr="00F17E0B">
        <w:rPr>
          <w:rFonts w:ascii="Calibri Light" w:hAnsi="Calibri Light" w:cs="Calibri Light"/>
          <w:lang w:val="es-ES"/>
        </w:rPr>
        <w:t>Elaboración autónoma.</w:t>
      </w:r>
    </w:p>
    <w:p w14:paraId="19651102" w14:textId="77777777" w:rsidR="00F17E0B" w:rsidRPr="00F17E0B" w:rsidRDefault="00F17E0B" w:rsidP="00200564">
      <w:pPr>
        <w:numPr>
          <w:ilvl w:val="0"/>
          <w:numId w:val="10"/>
        </w:numPr>
        <w:jc w:val="both"/>
        <w:rPr>
          <w:rFonts w:ascii="Calibri Light" w:hAnsi="Calibri Light" w:cs="Calibri Light"/>
          <w:lang w:val="es-ES"/>
        </w:rPr>
      </w:pPr>
      <w:r w:rsidRPr="00F17E0B">
        <w:rPr>
          <w:rFonts w:ascii="Calibri Light" w:hAnsi="Calibri Light" w:cs="Calibri Light"/>
          <w:lang w:val="es-ES"/>
        </w:rPr>
        <w:t>Capacidad crítica.</w:t>
      </w:r>
    </w:p>
    <w:p w14:paraId="554A2A81" w14:textId="77777777" w:rsidR="00F17E0B" w:rsidRPr="00F17E0B" w:rsidRDefault="00F17E0B" w:rsidP="00200564">
      <w:pPr>
        <w:numPr>
          <w:ilvl w:val="0"/>
          <w:numId w:val="10"/>
        </w:numPr>
        <w:jc w:val="both"/>
        <w:rPr>
          <w:rFonts w:ascii="Calibri Light" w:hAnsi="Calibri Light" w:cs="Calibri Light"/>
          <w:lang w:val="es-ES"/>
        </w:rPr>
      </w:pPr>
      <w:r w:rsidRPr="00F17E0B">
        <w:rPr>
          <w:rFonts w:ascii="Calibri Light" w:hAnsi="Calibri Light" w:cs="Calibri Light"/>
          <w:lang w:val="es-ES"/>
        </w:rPr>
        <w:t>Dominio conceptual y metodológico.</w:t>
      </w:r>
    </w:p>
    <w:p w14:paraId="194D7A39" w14:textId="77777777" w:rsidR="00F17E0B" w:rsidRPr="00F17E0B" w:rsidRDefault="00F17E0B" w:rsidP="00200564">
      <w:pPr>
        <w:numPr>
          <w:ilvl w:val="0"/>
          <w:numId w:val="10"/>
        </w:numPr>
        <w:jc w:val="both"/>
        <w:rPr>
          <w:rFonts w:ascii="Calibri Light" w:hAnsi="Calibri Light" w:cs="Calibri Light"/>
          <w:lang w:val="es-ES"/>
        </w:rPr>
      </w:pPr>
      <w:r w:rsidRPr="00F17E0B">
        <w:rPr>
          <w:rFonts w:ascii="Calibri Light" w:hAnsi="Calibri Light" w:cs="Calibri Light"/>
          <w:lang w:val="es-ES"/>
        </w:rPr>
        <w:t>Responsabilidad sobre los contenidos presentados.</w:t>
      </w:r>
    </w:p>
    <w:p w14:paraId="4C568AA3"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El estudiante asume que cualquier utilización de herramientas de IA debe respetar estos principios y no podrá, en ningún caso, reemplazar el proceso de reflexión, análisis e interpretación propios del trabajo académico.</w:t>
      </w:r>
    </w:p>
    <w:p w14:paraId="4BF4D8DE"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2. Usos permitidos de herramientas de IA</w:t>
      </w:r>
    </w:p>
    <w:p w14:paraId="0B309584"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Se permite el uso de herramientas de IA exclusivamente como apoyo auxiliar en tareas tales como:</w:t>
      </w:r>
    </w:p>
    <w:p w14:paraId="2B2939F0"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a) Búsqueda preliminar de ideas o posibles enfoques de investigación.</w:t>
      </w:r>
    </w:p>
    <w:p w14:paraId="50AC9D54"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 xml:space="preserve">b) Mejora de redacción, corrección </w:t>
      </w:r>
      <w:proofErr w:type="spellStart"/>
      <w:r w:rsidRPr="00F17E0B">
        <w:rPr>
          <w:rFonts w:ascii="Calibri Light" w:hAnsi="Calibri Light" w:cs="Calibri Light"/>
          <w:lang w:val="es-ES"/>
        </w:rPr>
        <w:t>ortotipográfica</w:t>
      </w:r>
      <w:proofErr w:type="spellEnd"/>
      <w:r w:rsidRPr="00F17E0B">
        <w:rPr>
          <w:rFonts w:ascii="Calibri Light" w:hAnsi="Calibri Light" w:cs="Calibri Light"/>
          <w:lang w:val="es-ES"/>
        </w:rPr>
        <w:t xml:space="preserve"> o sugerencias estilísticas sobre textos previamente elaborados por el estudiante.</w:t>
      </w:r>
    </w:p>
    <w:p w14:paraId="11B39120"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c) Traducción o reformulación lingüística de textos originales propios.</w:t>
      </w:r>
    </w:p>
    <w:p w14:paraId="61E4ACC3" w14:textId="2488084F"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d) Apoyo técnico en el manejo de software, lenguajes de programación o herramientas de análisis de datos, siempre que el estudiante comprenda el procedimiento aplicado, lo revise críticamente y asuma plena responsabilidad metodológica.</w:t>
      </w:r>
    </w:p>
    <w:p w14:paraId="1CC49D71"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En todos los casos:</w:t>
      </w:r>
    </w:p>
    <w:p w14:paraId="3DD8C168" w14:textId="77777777" w:rsidR="00F17E0B" w:rsidRPr="00F17E0B" w:rsidRDefault="00F17E0B" w:rsidP="00200564">
      <w:pPr>
        <w:numPr>
          <w:ilvl w:val="0"/>
          <w:numId w:val="11"/>
        </w:numPr>
        <w:jc w:val="both"/>
        <w:rPr>
          <w:rFonts w:ascii="Calibri Light" w:hAnsi="Calibri Light" w:cs="Calibri Light"/>
          <w:lang w:val="es-ES"/>
        </w:rPr>
      </w:pPr>
      <w:r w:rsidRPr="00F17E0B">
        <w:rPr>
          <w:rFonts w:ascii="Calibri Light" w:hAnsi="Calibri Light" w:cs="Calibri Light"/>
          <w:lang w:val="es-ES"/>
        </w:rPr>
        <w:t>El estudiante deberá revisar críticamente los contenidos generados.</w:t>
      </w:r>
    </w:p>
    <w:p w14:paraId="3F8085F4" w14:textId="77777777" w:rsidR="00F17E0B" w:rsidRPr="00F17E0B" w:rsidRDefault="00F17E0B" w:rsidP="00200564">
      <w:pPr>
        <w:numPr>
          <w:ilvl w:val="0"/>
          <w:numId w:val="11"/>
        </w:numPr>
        <w:jc w:val="both"/>
        <w:rPr>
          <w:rFonts w:ascii="Calibri Light" w:hAnsi="Calibri Light" w:cs="Calibri Light"/>
          <w:lang w:val="es-ES"/>
        </w:rPr>
      </w:pPr>
      <w:r w:rsidRPr="00F17E0B">
        <w:rPr>
          <w:rFonts w:ascii="Calibri Light" w:hAnsi="Calibri Light" w:cs="Calibri Light"/>
          <w:lang w:val="es-ES"/>
        </w:rPr>
        <w:t>Contrastar cualquier información con fuentes académicas fiables.</w:t>
      </w:r>
    </w:p>
    <w:p w14:paraId="409FACF2" w14:textId="77777777" w:rsidR="00F17E0B" w:rsidRPr="00F17E0B" w:rsidRDefault="00F17E0B" w:rsidP="00200564">
      <w:pPr>
        <w:numPr>
          <w:ilvl w:val="0"/>
          <w:numId w:val="11"/>
        </w:numPr>
        <w:jc w:val="both"/>
        <w:rPr>
          <w:rFonts w:ascii="Calibri Light" w:hAnsi="Calibri Light" w:cs="Calibri Light"/>
          <w:lang w:val="es-ES"/>
        </w:rPr>
      </w:pPr>
      <w:r w:rsidRPr="00F17E0B">
        <w:rPr>
          <w:rFonts w:ascii="Calibri Light" w:hAnsi="Calibri Light" w:cs="Calibri Light"/>
          <w:lang w:val="es-ES"/>
        </w:rPr>
        <w:lastRenderedPageBreak/>
        <w:t>Garantizar la veracidad y adecuación de lo incorporado al trabajo.</w:t>
      </w:r>
    </w:p>
    <w:p w14:paraId="371150A9"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3. Usos no permitidos</w:t>
      </w:r>
    </w:p>
    <w:p w14:paraId="2E5035AB"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No está permitido el uso de IA para:</w:t>
      </w:r>
    </w:p>
    <w:p w14:paraId="69160238"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a) Generar de forma automática apartados sustantivos del trabajo (marco teórico, metodología, análisis, resultados o conclusiones) presentándolos como elaboración propia.</w:t>
      </w:r>
    </w:p>
    <w:p w14:paraId="70F8BE6E"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b) Elaborar, manipular o inventar datos empíricos, testimonios, resultados de investigación o materiales que induzcan a error sobre su procedencia o veracidad.</w:t>
      </w:r>
    </w:p>
    <w:p w14:paraId="46D28CDD" w14:textId="77777777" w:rsidR="00200564" w:rsidRDefault="00F17E0B" w:rsidP="00200564">
      <w:pPr>
        <w:jc w:val="both"/>
        <w:rPr>
          <w:rFonts w:ascii="Calibri Light" w:hAnsi="Calibri Light" w:cs="Calibri Light"/>
          <w:lang w:val="es-ES"/>
        </w:rPr>
      </w:pPr>
      <w:r w:rsidRPr="00F17E0B">
        <w:rPr>
          <w:rFonts w:ascii="Calibri Light" w:hAnsi="Calibri Light" w:cs="Calibri Light"/>
          <w:lang w:val="es-ES"/>
        </w:rPr>
        <w:t>c) Parafrasear o reescribir textos ajenos con la finalidad de eludir sistemas de detección de plagio.</w:t>
      </w:r>
    </w:p>
    <w:p w14:paraId="5627A588" w14:textId="6ABF454D"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d) Generar citas, referencias bibliográficas o fuentes inexistentes o no consultadas efectivamente por el estudiante.</w:t>
      </w:r>
    </w:p>
    <w:p w14:paraId="4A062607"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La vulneración de estas disposiciones se considerará una falta de honestidad académica y podrá ser sancionada conforme a la normativa universitaria vigente, equiparándose a prácticas de plagio o fraude académico.</w:t>
      </w:r>
    </w:p>
    <w:p w14:paraId="0084786B"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4. Transparencia y declaración de uso</w:t>
      </w:r>
    </w:p>
    <w:p w14:paraId="750C5000"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En caso de haber utilizado herramientas de inteligencia artificial, el/la estudiante declara expresamente:</w:t>
      </w:r>
    </w:p>
    <w:p w14:paraId="7465F381" w14:textId="77777777" w:rsidR="00F17E0B" w:rsidRPr="00F17E0B" w:rsidRDefault="00F17E0B" w:rsidP="00200564">
      <w:pPr>
        <w:numPr>
          <w:ilvl w:val="0"/>
          <w:numId w:val="12"/>
        </w:numPr>
        <w:jc w:val="both"/>
        <w:rPr>
          <w:rFonts w:ascii="Calibri Light" w:hAnsi="Calibri Light" w:cs="Calibri Light"/>
          <w:color w:val="EE0000"/>
          <w:lang w:val="es-ES"/>
        </w:rPr>
      </w:pPr>
      <w:r w:rsidRPr="00F17E0B">
        <w:rPr>
          <w:rFonts w:ascii="Calibri Light" w:hAnsi="Calibri Light" w:cs="Calibri Light"/>
          <w:color w:val="EE0000"/>
          <w:lang w:val="es-ES"/>
        </w:rPr>
        <w:t>Qué herramienta(s) se ha(n) utilizado.</w:t>
      </w:r>
    </w:p>
    <w:p w14:paraId="063B89A3" w14:textId="77777777" w:rsidR="00F17E0B" w:rsidRPr="00F17E0B" w:rsidRDefault="00F17E0B" w:rsidP="00200564">
      <w:pPr>
        <w:numPr>
          <w:ilvl w:val="0"/>
          <w:numId w:val="12"/>
        </w:numPr>
        <w:jc w:val="both"/>
        <w:rPr>
          <w:rFonts w:ascii="Calibri Light" w:hAnsi="Calibri Light" w:cs="Calibri Light"/>
          <w:color w:val="EE0000"/>
          <w:lang w:val="es-ES"/>
        </w:rPr>
      </w:pPr>
      <w:r w:rsidRPr="00F17E0B">
        <w:rPr>
          <w:rFonts w:ascii="Calibri Light" w:hAnsi="Calibri Light" w:cs="Calibri Light"/>
          <w:color w:val="EE0000"/>
          <w:lang w:val="es-ES"/>
        </w:rPr>
        <w:t>Para qué tareas concretas.</w:t>
      </w:r>
    </w:p>
    <w:p w14:paraId="351BE9BD" w14:textId="77777777" w:rsidR="00F17E0B" w:rsidRPr="00F17E0B" w:rsidRDefault="00F17E0B" w:rsidP="00200564">
      <w:pPr>
        <w:numPr>
          <w:ilvl w:val="0"/>
          <w:numId w:val="12"/>
        </w:numPr>
        <w:jc w:val="both"/>
        <w:rPr>
          <w:rFonts w:ascii="Calibri Light" w:hAnsi="Calibri Light" w:cs="Calibri Light"/>
          <w:color w:val="EE0000"/>
          <w:lang w:val="es-ES"/>
        </w:rPr>
      </w:pPr>
      <w:r w:rsidRPr="00F17E0B">
        <w:rPr>
          <w:rFonts w:ascii="Calibri Light" w:hAnsi="Calibri Light" w:cs="Calibri Light"/>
          <w:color w:val="EE0000"/>
          <w:lang w:val="es-ES"/>
        </w:rPr>
        <w:t>En qué medida han contribuido al desarrollo del trabajo.</w:t>
      </w:r>
    </w:p>
    <w:p w14:paraId="0AE2C1FE" w14:textId="77777777" w:rsidR="00F17E0B" w:rsidRPr="00F17E0B" w:rsidRDefault="00F17E0B" w:rsidP="00200564">
      <w:pPr>
        <w:jc w:val="both"/>
        <w:rPr>
          <w:rFonts w:ascii="Calibri Light" w:hAnsi="Calibri Light" w:cs="Calibri Light"/>
          <w:color w:val="EE0000"/>
          <w:lang w:val="es-ES"/>
        </w:rPr>
      </w:pPr>
      <w:r w:rsidRPr="00F17E0B">
        <w:rPr>
          <w:rFonts w:ascii="Calibri Light" w:hAnsi="Calibri Light" w:cs="Calibri Light"/>
          <w:color w:val="EE0000"/>
          <w:lang w:val="es-ES"/>
        </w:rPr>
        <w:t>Esta declaración deberá incorporarse en el apartado metodológico o en un epígrafe específico dentro del trabajo.</w:t>
      </w:r>
    </w:p>
    <w:p w14:paraId="3838E7F1"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La omisión deliberada o la falsedad en esta declaración constituirá infracción académica.</w:t>
      </w:r>
    </w:p>
    <w:p w14:paraId="42127921"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5. Protección de datos y propiedad intelectual</w:t>
      </w:r>
    </w:p>
    <w:p w14:paraId="59BDB2E4"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El uso de herramientas de IA deberá respetar en todo momento la normativa vigente en materia de:</w:t>
      </w:r>
    </w:p>
    <w:p w14:paraId="5D84AEBE" w14:textId="77777777" w:rsidR="00F17E0B" w:rsidRPr="00F17E0B" w:rsidRDefault="00F17E0B" w:rsidP="00200564">
      <w:pPr>
        <w:numPr>
          <w:ilvl w:val="0"/>
          <w:numId w:val="13"/>
        </w:numPr>
        <w:jc w:val="both"/>
        <w:rPr>
          <w:rFonts w:ascii="Calibri Light" w:hAnsi="Calibri Light" w:cs="Calibri Light"/>
          <w:lang w:val="es-ES"/>
        </w:rPr>
      </w:pPr>
      <w:r w:rsidRPr="00F17E0B">
        <w:rPr>
          <w:rFonts w:ascii="Calibri Light" w:hAnsi="Calibri Light" w:cs="Calibri Light"/>
          <w:lang w:val="es-ES"/>
        </w:rPr>
        <w:t>Protección de datos personales.</w:t>
      </w:r>
    </w:p>
    <w:p w14:paraId="463087AA" w14:textId="77777777" w:rsidR="00F17E0B" w:rsidRPr="00F17E0B" w:rsidRDefault="00F17E0B" w:rsidP="00200564">
      <w:pPr>
        <w:numPr>
          <w:ilvl w:val="0"/>
          <w:numId w:val="13"/>
        </w:numPr>
        <w:jc w:val="both"/>
        <w:rPr>
          <w:rFonts w:ascii="Calibri Light" w:hAnsi="Calibri Light" w:cs="Calibri Light"/>
          <w:lang w:val="es-ES"/>
        </w:rPr>
      </w:pPr>
      <w:r w:rsidRPr="00F17E0B">
        <w:rPr>
          <w:rFonts w:ascii="Calibri Light" w:hAnsi="Calibri Light" w:cs="Calibri Light"/>
          <w:lang w:val="es-ES"/>
        </w:rPr>
        <w:t>Propiedad intelectual.</w:t>
      </w:r>
    </w:p>
    <w:p w14:paraId="4ED15A07" w14:textId="77777777" w:rsidR="00F17E0B" w:rsidRPr="00F17E0B" w:rsidRDefault="00F17E0B" w:rsidP="00200564">
      <w:pPr>
        <w:numPr>
          <w:ilvl w:val="0"/>
          <w:numId w:val="13"/>
        </w:numPr>
        <w:jc w:val="both"/>
        <w:rPr>
          <w:rFonts w:ascii="Calibri Light" w:hAnsi="Calibri Light" w:cs="Calibri Light"/>
          <w:lang w:val="es-ES"/>
        </w:rPr>
      </w:pPr>
      <w:r w:rsidRPr="00F17E0B">
        <w:rPr>
          <w:rFonts w:ascii="Calibri Light" w:hAnsi="Calibri Light" w:cs="Calibri Light"/>
          <w:lang w:val="es-ES"/>
        </w:rPr>
        <w:t>Derechos de autor.</w:t>
      </w:r>
    </w:p>
    <w:p w14:paraId="50778D24"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lastRenderedPageBreak/>
        <w:t>El estudiante asume la responsabilidad sobre cualquier vulneración derivada de un uso inadecuado de dichas herramientas.</w:t>
      </w:r>
    </w:p>
    <w:p w14:paraId="4D178038" w14:textId="77777777" w:rsidR="00F17E0B" w:rsidRPr="00F17E0B" w:rsidRDefault="00F17E0B" w:rsidP="00200564">
      <w:pPr>
        <w:jc w:val="both"/>
        <w:rPr>
          <w:rFonts w:ascii="Calibri Light" w:hAnsi="Calibri Light" w:cs="Calibri Light"/>
          <w:b/>
          <w:bCs/>
          <w:lang w:val="es-ES"/>
        </w:rPr>
      </w:pPr>
      <w:r w:rsidRPr="00F17E0B">
        <w:rPr>
          <w:rFonts w:ascii="Calibri Light" w:hAnsi="Calibri Light" w:cs="Calibri Light"/>
          <w:b/>
          <w:bCs/>
          <w:lang w:val="es-ES"/>
        </w:rPr>
        <w:t>Declaración final</w:t>
      </w:r>
    </w:p>
    <w:p w14:paraId="199EC71A" w14:textId="77777777"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t>Declaro que:</w:t>
      </w:r>
    </w:p>
    <w:p w14:paraId="7B48F35A" w14:textId="77777777" w:rsidR="00F17E0B" w:rsidRPr="00F17E0B" w:rsidRDefault="00F17E0B" w:rsidP="00200564">
      <w:pPr>
        <w:jc w:val="both"/>
        <w:rPr>
          <w:rFonts w:ascii="Calibri Light" w:hAnsi="Calibri Light" w:cs="Calibri Light"/>
          <w:lang w:val="es-ES"/>
        </w:rPr>
      </w:pPr>
      <w:r w:rsidRPr="00F17E0B">
        <w:rPr>
          <w:rFonts w:ascii="Segoe UI Symbol" w:hAnsi="Segoe UI Symbol" w:cs="Segoe UI Symbol"/>
          <w:lang w:val="es-ES"/>
        </w:rPr>
        <w:t>☐</w:t>
      </w:r>
      <w:r w:rsidRPr="00F17E0B">
        <w:rPr>
          <w:rFonts w:ascii="Calibri Light" w:hAnsi="Calibri Light" w:cs="Calibri Light"/>
          <w:lang w:val="es-ES"/>
        </w:rPr>
        <w:t xml:space="preserve"> No he utilizado herramientas de inteligencia artificial en la elaboración de este trabajo.</w:t>
      </w:r>
    </w:p>
    <w:p w14:paraId="38ACCBC4" w14:textId="3718B886" w:rsidR="00F17E0B" w:rsidRPr="00F17E0B" w:rsidRDefault="00F17E0B" w:rsidP="00200564">
      <w:pPr>
        <w:jc w:val="both"/>
        <w:rPr>
          <w:rFonts w:ascii="Calibri Light" w:hAnsi="Calibri Light" w:cs="Calibri Light"/>
          <w:lang w:val="es-ES"/>
        </w:rPr>
      </w:pPr>
      <w:r w:rsidRPr="00F17E0B">
        <w:rPr>
          <w:rFonts w:ascii="Segoe UI Symbol" w:hAnsi="Segoe UI Symbol" w:cs="Segoe UI Symbol"/>
          <w:lang w:val="es-ES"/>
        </w:rPr>
        <w:t>☐</w:t>
      </w:r>
      <w:r w:rsidRPr="00F17E0B">
        <w:rPr>
          <w:rFonts w:ascii="Calibri Light" w:hAnsi="Calibri Light" w:cs="Calibri Light"/>
          <w:lang w:val="es-ES"/>
        </w:rPr>
        <w:t xml:space="preserve"> He utilizado herramientas de inteligencia artificial conforme a los límites establecidos en </w:t>
      </w:r>
      <w:r>
        <w:rPr>
          <w:rFonts w:ascii="Calibri Light" w:hAnsi="Calibri Light" w:cs="Calibri Light"/>
          <w:lang w:val="es-ES"/>
        </w:rPr>
        <w:t>la</w:t>
      </w:r>
      <w:r w:rsidRPr="00F17E0B">
        <w:rPr>
          <w:rFonts w:ascii="Calibri Light" w:hAnsi="Calibri Light" w:cs="Calibri Light"/>
          <w:lang w:val="es-ES"/>
        </w:rPr>
        <w:t xml:space="preserve"> normativa y he declarado explícitamente su uso en el documento.</w:t>
      </w:r>
    </w:p>
    <w:p w14:paraId="656C7033" w14:textId="77777777" w:rsidR="00F17E0B" w:rsidRDefault="00F17E0B" w:rsidP="00200564">
      <w:pPr>
        <w:jc w:val="both"/>
        <w:rPr>
          <w:rFonts w:ascii="Calibri Light" w:hAnsi="Calibri Light" w:cs="Calibri Light"/>
          <w:lang w:val="es-ES"/>
        </w:rPr>
      </w:pPr>
      <w:r w:rsidRPr="00F17E0B">
        <w:rPr>
          <w:rFonts w:ascii="Calibri Light" w:hAnsi="Calibri Light" w:cs="Calibri Light"/>
          <w:lang w:val="es-ES"/>
        </w:rPr>
        <w:t xml:space="preserve">Firma: </w:t>
      </w:r>
    </w:p>
    <w:p w14:paraId="5811F2A5" w14:textId="16736EC0" w:rsidR="00F17E0B" w:rsidRPr="00F17E0B" w:rsidRDefault="00F17E0B" w:rsidP="00200564">
      <w:pPr>
        <w:jc w:val="both"/>
        <w:rPr>
          <w:rFonts w:ascii="Calibri Light" w:hAnsi="Calibri Light" w:cs="Calibri Light"/>
          <w:lang w:val="es-ES"/>
        </w:rPr>
      </w:pPr>
      <w:r w:rsidRPr="00F17E0B">
        <w:rPr>
          <w:rFonts w:ascii="Calibri Light" w:hAnsi="Calibri Light" w:cs="Calibri Light"/>
          <w:lang w:val="es-ES"/>
        </w:rPr>
        <w:br/>
        <w:t xml:space="preserve">Nombre: </w:t>
      </w:r>
      <w:r w:rsidRPr="00F17E0B">
        <w:rPr>
          <w:rFonts w:ascii="Calibri Light" w:hAnsi="Calibri Light" w:cs="Calibri Light"/>
          <w:lang w:val="es-ES"/>
        </w:rPr>
        <w:br/>
        <w:t xml:space="preserve">Fecha: </w:t>
      </w:r>
    </w:p>
    <w:p w14:paraId="2A6812D3" w14:textId="4C9C6050" w:rsidR="006F53BF" w:rsidRPr="00F17E0B" w:rsidRDefault="006F53BF" w:rsidP="00F17E0B">
      <w:pPr>
        <w:rPr>
          <w:rFonts w:ascii="Calibri Light" w:hAnsi="Calibri Light" w:cs="Calibri Light"/>
          <w:lang w:val="es-ES"/>
        </w:rPr>
      </w:pPr>
    </w:p>
    <w:sectPr w:rsidR="006F53BF" w:rsidRPr="00F17E0B"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A9105" w14:textId="77777777" w:rsidR="009A191B" w:rsidRDefault="009A191B" w:rsidP="007D7DEB">
      <w:pPr>
        <w:spacing w:after="0" w:line="240" w:lineRule="auto"/>
      </w:pPr>
      <w:r>
        <w:separator/>
      </w:r>
    </w:p>
  </w:endnote>
  <w:endnote w:type="continuationSeparator" w:id="0">
    <w:p w14:paraId="36612219" w14:textId="77777777" w:rsidR="009A191B" w:rsidRDefault="009A191B" w:rsidP="007D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BDE89" w14:textId="77777777" w:rsidR="009A191B" w:rsidRDefault="009A191B" w:rsidP="007D7DEB">
      <w:pPr>
        <w:spacing w:after="0" w:line="240" w:lineRule="auto"/>
      </w:pPr>
      <w:r>
        <w:separator/>
      </w:r>
    </w:p>
  </w:footnote>
  <w:footnote w:type="continuationSeparator" w:id="0">
    <w:p w14:paraId="0E9607F4" w14:textId="77777777" w:rsidR="009A191B" w:rsidRDefault="009A191B" w:rsidP="007D7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AC4214B"/>
    <w:multiLevelType w:val="multilevel"/>
    <w:tmpl w:val="0152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17366"/>
    <w:multiLevelType w:val="multilevel"/>
    <w:tmpl w:val="E282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47176F"/>
    <w:multiLevelType w:val="multilevel"/>
    <w:tmpl w:val="5AF8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F11097"/>
    <w:multiLevelType w:val="multilevel"/>
    <w:tmpl w:val="6A00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284893">
    <w:abstractNumId w:val="8"/>
  </w:num>
  <w:num w:numId="2" w16cid:durableId="346367897">
    <w:abstractNumId w:val="6"/>
  </w:num>
  <w:num w:numId="3" w16cid:durableId="373235404">
    <w:abstractNumId w:val="5"/>
  </w:num>
  <w:num w:numId="4" w16cid:durableId="309484823">
    <w:abstractNumId w:val="4"/>
  </w:num>
  <w:num w:numId="5" w16cid:durableId="144127914">
    <w:abstractNumId w:val="7"/>
  </w:num>
  <w:num w:numId="6" w16cid:durableId="197399859">
    <w:abstractNumId w:val="3"/>
  </w:num>
  <w:num w:numId="7" w16cid:durableId="420487333">
    <w:abstractNumId w:val="2"/>
  </w:num>
  <w:num w:numId="8" w16cid:durableId="612902082">
    <w:abstractNumId w:val="1"/>
  </w:num>
  <w:num w:numId="9" w16cid:durableId="517160531">
    <w:abstractNumId w:val="0"/>
  </w:num>
  <w:num w:numId="10" w16cid:durableId="401566684">
    <w:abstractNumId w:val="9"/>
  </w:num>
  <w:num w:numId="11" w16cid:durableId="647825200">
    <w:abstractNumId w:val="10"/>
  </w:num>
  <w:num w:numId="12" w16cid:durableId="1040977499">
    <w:abstractNumId w:val="12"/>
  </w:num>
  <w:num w:numId="13" w16cid:durableId="4961893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5230"/>
    <w:rsid w:val="000F462C"/>
    <w:rsid w:val="00116FAF"/>
    <w:rsid w:val="0015074B"/>
    <w:rsid w:val="00200564"/>
    <w:rsid w:val="0029639D"/>
    <w:rsid w:val="00326F90"/>
    <w:rsid w:val="00336B4A"/>
    <w:rsid w:val="00341FC4"/>
    <w:rsid w:val="006F53BF"/>
    <w:rsid w:val="00760CE9"/>
    <w:rsid w:val="007C3776"/>
    <w:rsid w:val="007D7DEB"/>
    <w:rsid w:val="00895885"/>
    <w:rsid w:val="00925DBA"/>
    <w:rsid w:val="00947EDE"/>
    <w:rsid w:val="009A191B"/>
    <w:rsid w:val="009A4328"/>
    <w:rsid w:val="00AA1D8D"/>
    <w:rsid w:val="00B12B39"/>
    <w:rsid w:val="00B47730"/>
    <w:rsid w:val="00C4136E"/>
    <w:rsid w:val="00CA631D"/>
    <w:rsid w:val="00CB0664"/>
    <w:rsid w:val="00F17E0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FD03AC"/>
  <w14:defaultImageDpi w14:val="300"/>
  <w15:docId w15:val="{1B54B4E9-C3F4-4072-B224-1B0976CD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DC1">
    <w:name w:val="toc 1"/>
    <w:basedOn w:val="Normal"/>
    <w:next w:val="Normal"/>
    <w:autoRedefine/>
    <w:uiPriority w:val="39"/>
    <w:unhideWhenUsed/>
    <w:rsid w:val="00760CE9"/>
    <w:pPr>
      <w:spacing w:after="100"/>
    </w:pPr>
  </w:style>
  <w:style w:type="paragraph" w:styleId="TDC2">
    <w:name w:val="toc 2"/>
    <w:basedOn w:val="Normal"/>
    <w:next w:val="Normal"/>
    <w:autoRedefine/>
    <w:uiPriority w:val="39"/>
    <w:unhideWhenUsed/>
    <w:rsid w:val="00760CE9"/>
    <w:pPr>
      <w:spacing w:after="100"/>
      <w:ind w:left="220"/>
    </w:pPr>
  </w:style>
  <w:style w:type="character" w:styleId="Hipervnculo">
    <w:name w:val="Hyperlink"/>
    <w:basedOn w:val="Fuentedeprrafopredeter"/>
    <w:uiPriority w:val="99"/>
    <w:unhideWhenUsed/>
    <w:rsid w:val="00760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17</Pages>
  <Words>1128</Words>
  <Characters>6701</Characters>
  <Application>Microsoft Office Word</Application>
  <DocSecurity>0</DocSecurity>
  <Lines>186</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JOSE LUIS NAVARRETE CARDERO</cp:lastModifiedBy>
  <cp:revision>8</cp:revision>
  <dcterms:created xsi:type="dcterms:W3CDTF">2013-12-23T23:15:00Z</dcterms:created>
  <dcterms:modified xsi:type="dcterms:W3CDTF">2026-02-22T13:33:00Z</dcterms:modified>
  <cp:category/>
</cp:coreProperties>
</file>